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D083C" w14:textId="0382829D" w:rsidR="009F61E3" w:rsidRDefault="007822D3">
      <w:pPr>
        <w:spacing w:after="40"/>
        <w:jc w:val="center"/>
      </w:pPr>
      <w:r>
        <w:rPr>
          <w:rFonts w:ascii="ＭＳ 明朝" w:eastAsia="ＭＳ 明朝" w:hAnsi="ＭＳ 明朝" w:cs="ＭＳ 明朝" w:hint="eastAsia"/>
          <w:b/>
          <w:sz w:val="40"/>
          <w:lang w:eastAsia="ja-JP"/>
        </w:rPr>
        <w:t>少年の森任期付職員採用試験　申込書</w:t>
      </w:r>
    </w:p>
    <w:p w14:paraId="79E1A6FB" w14:textId="77777777" w:rsidR="009F61E3" w:rsidRDefault="00BE50CB">
      <w:pPr>
        <w:spacing w:after="60"/>
        <w:jc w:val="right"/>
      </w:pPr>
      <w:r>
        <w:rPr>
          <w:sz w:val="19"/>
        </w:rPr>
        <w:t>令和　　年　　月　　日現在</w:t>
      </w:r>
    </w:p>
    <w:tbl>
      <w:tblPr>
        <w:tblW w:w="0" w:type="auto"/>
        <w:jc w:val="center"/>
        <w:tblLayout w:type="fixed"/>
        <w:tblLook w:val="04A0" w:firstRow="1" w:lastRow="0" w:firstColumn="1" w:lastColumn="0" w:noHBand="0" w:noVBand="1"/>
      </w:tblPr>
      <w:tblGrid>
        <w:gridCol w:w="1927"/>
        <w:gridCol w:w="3232"/>
        <w:gridCol w:w="2551"/>
        <w:gridCol w:w="2154"/>
      </w:tblGrid>
      <w:tr w:rsidR="009F61E3" w14:paraId="17C066F8" w14:textId="77777777" w:rsidTr="007822D3">
        <w:trPr>
          <w:jc w:val="center"/>
        </w:trPr>
        <w:tc>
          <w:tcPr>
            <w:tcW w:w="1927" w:type="dxa"/>
            <w:tcBorders>
              <w:top w:val="single" w:sz="8" w:space="0" w:color="666666"/>
              <w:left w:val="single" w:sz="8" w:space="0" w:color="666666"/>
              <w:bottom w:val="single" w:sz="8" w:space="0" w:color="666666"/>
              <w:right w:val="single" w:sz="8" w:space="0" w:color="666666"/>
            </w:tcBorders>
            <w:shd w:val="clear" w:color="auto" w:fill="EDEDED"/>
            <w:tcMar>
              <w:top w:w="80" w:type="dxa"/>
              <w:left w:w="100" w:type="dxa"/>
              <w:bottom w:w="80" w:type="dxa"/>
              <w:right w:w="100" w:type="dxa"/>
            </w:tcMar>
            <w:vAlign w:val="center"/>
          </w:tcPr>
          <w:p w14:paraId="60CFEC6F" w14:textId="77777777" w:rsidR="009F61E3" w:rsidRDefault="00BE50CB">
            <w:proofErr w:type="spellStart"/>
            <w:r>
              <w:rPr>
                <w:b/>
                <w:sz w:val="20"/>
              </w:rPr>
              <w:t>受験番号</w:t>
            </w:r>
            <w:proofErr w:type="spellEnd"/>
          </w:p>
        </w:tc>
        <w:tc>
          <w:tcPr>
            <w:tcW w:w="3232"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23AE44E7" w14:textId="77777777" w:rsidR="009F61E3" w:rsidRDefault="00BE50CB">
            <w:r>
              <w:rPr>
                <w:color w:val="828282"/>
                <w:sz w:val="17"/>
              </w:rPr>
              <w:t>※</w:t>
            </w:r>
            <w:r>
              <w:rPr>
                <w:color w:val="828282"/>
                <w:sz w:val="17"/>
              </w:rPr>
              <w:t>採用担当記入欄</w:t>
            </w:r>
          </w:p>
        </w:tc>
        <w:tc>
          <w:tcPr>
            <w:tcW w:w="2551" w:type="dxa"/>
            <w:tcBorders>
              <w:top w:val="single" w:sz="8" w:space="0" w:color="666666"/>
              <w:left w:val="single" w:sz="8" w:space="0" w:color="666666"/>
              <w:bottom w:val="single" w:sz="8" w:space="0" w:color="666666"/>
              <w:right w:val="single" w:sz="8" w:space="0" w:color="666666"/>
            </w:tcBorders>
            <w:shd w:val="clear" w:color="auto" w:fill="EDEDED"/>
            <w:tcMar>
              <w:top w:w="80" w:type="dxa"/>
              <w:left w:w="100" w:type="dxa"/>
              <w:bottom w:w="80" w:type="dxa"/>
              <w:right w:w="100" w:type="dxa"/>
            </w:tcMar>
            <w:vAlign w:val="center"/>
          </w:tcPr>
          <w:p w14:paraId="6F961EF1" w14:textId="5B69AF80" w:rsidR="009F61E3" w:rsidRDefault="009F61E3"/>
        </w:tc>
        <w:tc>
          <w:tcPr>
            <w:tcW w:w="2154" w:type="dxa"/>
            <w:vMerge w:val="restart"/>
            <w:tcBorders>
              <w:top w:val="single" w:sz="8" w:space="0" w:color="666666"/>
              <w:left w:val="single" w:sz="8" w:space="0" w:color="666666"/>
              <w:bottom w:val="single" w:sz="8" w:space="0" w:color="666666"/>
              <w:right w:val="single" w:sz="8" w:space="0" w:color="666666"/>
            </w:tcBorders>
            <w:shd w:val="clear" w:color="auto" w:fill="F7F7F7"/>
            <w:tcMar>
              <w:top w:w="80" w:type="dxa"/>
              <w:left w:w="100" w:type="dxa"/>
              <w:bottom w:w="80" w:type="dxa"/>
              <w:right w:w="100" w:type="dxa"/>
            </w:tcMar>
            <w:vAlign w:val="center"/>
          </w:tcPr>
          <w:p w14:paraId="4BC5B77C" w14:textId="77777777" w:rsidR="007822D3" w:rsidRDefault="00BE50CB">
            <w:pPr>
              <w:jc w:val="center"/>
              <w:rPr>
                <w:color w:val="646464"/>
                <w:sz w:val="17"/>
                <w:lang w:eastAsia="ja-JP"/>
              </w:rPr>
            </w:pPr>
            <w:r>
              <w:rPr>
                <w:color w:val="646464"/>
                <w:sz w:val="17"/>
                <w:lang w:eastAsia="ja-JP"/>
              </w:rPr>
              <w:t>写真貼付欄</w:t>
            </w:r>
          </w:p>
          <w:p w14:paraId="5F8B470F" w14:textId="77777777" w:rsidR="007822D3" w:rsidRDefault="00BE50CB">
            <w:pPr>
              <w:jc w:val="center"/>
              <w:rPr>
                <w:color w:val="646464"/>
                <w:sz w:val="17"/>
                <w:lang w:eastAsia="ja-JP"/>
              </w:rPr>
            </w:pPr>
            <w:r>
              <w:rPr>
                <w:color w:val="646464"/>
                <w:sz w:val="17"/>
                <w:lang w:eastAsia="ja-JP"/>
              </w:rPr>
              <w:t>縦</w:t>
            </w:r>
            <w:r>
              <w:rPr>
                <w:color w:val="646464"/>
                <w:sz w:val="17"/>
                <w:lang w:eastAsia="ja-JP"/>
              </w:rPr>
              <w:t>40mm×</w:t>
            </w:r>
            <w:r>
              <w:rPr>
                <w:color w:val="646464"/>
                <w:sz w:val="17"/>
                <w:lang w:eastAsia="ja-JP"/>
              </w:rPr>
              <w:t>横</w:t>
            </w:r>
            <w:r>
              <w:rPr>
                <w:color w:val="646464"/>
                <w:sz w:val="17"/>
                <w:lang w:eastAsia="ja-JP"/>
              </w:rPr>
              <w:t>30mm</w:t>
            </w:r>
          </w:p>
          <w:p w14:paraId="022BCD3A" w14:textId="77777777" w:rsidR="007822D3" w:rsidRDefault="00BE50CB">
            <w:pPr>
              <w:jc w:val="center"/>
              <w:rPr>
                <w:rFonts w:eastAsiaTheme="minorEastAsia"/>
                <w:color w:val="646464"/>
                <w:sz w:val="17"/>
                <w:lang w:eastAsia="ja-JP"/>
              </w:rPr>
            </w:pPr>
            <w:r>
              <w:rPr>
                <w:color w:val="646464"/>
                <w:sz w:val="17"/>
                <w:lang w:eastAsia="ja-JP"/>
              </w:rPr>
              <w:t>最近</w:t>
            </w:r>
            <w:r>
              <w:rPr>
                <w:color w:val="646464"/>
                <w:sz w:val="17"/>
                <w:lang w:eastAsia="ja-JP"/>
              </w:rPr>
              <w:t>6</w:t>
            </w:r>
            <w:r>
              <w:rPr>
                <w:color w:val="646464"/>
                <w:sz w:val="17"/>
                <w:lang w:eastAsia="ja-JP"/>
              </w:rPr>
              <w:t>か月以内に</w:t>
            </w:r>
          </w:p>
          <w:p w14:paraId="011D752C" w14:textId="77777777" w:rsidR="007822D3" w:rsidRDefault="00BE50CB">
            <w:pPr>
              <w:jc w:val="center"/>
              <w:rPr>
                <w:color w:val="646464"/>
                <w:sz w:val="17"/>
                <w:lang w:eastAsia="ja-JP"/>
              </w:rPr>
            </w:pPr>
            <w:r>
              <w:rPr>
                <w:color w:val="646464"/>
                <w:sz w:val="17"/>
                <w:lang w:eastAsia="ja-JP"/>
              </w:rPr>
              <w:t>撮影した</w:t>
            </w:r>
          </w:p>
          <w:p w14:paraId="37BC2870" w14:textId="77777777" w:rsidR="007822D3" w:rsidRDefault="00BE50CB">
            <w:pPr>
              <w:jc w:val="center"/>
              <w:rPr>
                <w:rFonts w:eastAsiaTheme="minorEastAsia"/>
                <w:color w:val="646464"/>
                <w:sz w:val="17"/>
                <w:lang w:eastAsia="ja-JP"/>
              </w:rPr>
            </w:pPr>
            <w:r>
              <w:rPr>
                <w:color w:val="646464"/>
                <w:sz w:val="17"/>
                <w:lang w:eastAsia="ja-JP"/>
              </w:rPr>
              <w:t>正面・上半身・</w:t>
            </w:r>
          </w:p>
          <w:p w14:paraId="6D2DF943" w14:textId="6224C591" w:rsidR="009F61E3" w:rsidRDefault="00BE50CB">
            <w:pPr>
              <w:jc w:val="center"/>
              <w:rPr>
                <w:lang w:eastAsia="ja-JP"/>
              </w:rPr>
            </w:pPr>
            <w:r>
              <w:rPr>
                <w:color w:val="646464"/>
                <w:sz w:val="17"/>
                <w:lang w:eastAsia="ja-JP"/>
              </w:rPr>
              <w:t>無帽の写真</w:t>
            </w:r>
          </w:p>
        </w:tc>
      </w:tr>
      <w:tr w:rsidR="009F61E3" w14:paraId="3BE5BB5A" w14:textId="77777777" w:rsidTr="007822D3">
        <w:trPr>
          <w:trHeight w:hRule="exact" w:val="793"/>
          <w:jc w:val="center"/>
        </w:trPr>
        <w:tc>
          <w:tcPr>
            <w:tcW w:w="1927" w:type="dxa"/>
            <w:tcBorders>
              <w:top w:val="single" w:sz="8" w:space="0" w:color="666666"/>
              <w:left w:val="single" w:sz="8" w:space="0" w:color="666666"/>
              <w:bottom w:val="single" w:sz="8" w:space="0" w:color="666666"/>
              <w:right w:val="single" w:sz="8" w:space="0" w:color="666666"/>
            </w:tcBorders>
            <w:shd w:val="clear" w:color="auto" w:fill="EDEDED"/>
            <w:tcMar>
              <w:top w:w="80" w:type="dxa"/>
              <w:left w:w="100" w:type="dxa"/>
              <w:bottom w:w="80" w:type="dxa"/>
              <w:right w:w="100" w:type="dxa"/>
            </w:tcMar>
            <w:vAlign w:val="center"/>
          </w:tcPr>
          <w:p w14:paraId="4F0396C2" w14:textId="755B5BFD" w:rsidR="007822D3" w:rsidRDefault="007822D3">
            <w:pPr>
              <w:rPr>
                <w:b/>
                <w:sz w:val="20"/>
              </w:rPr>
            </w:pPr>
            <w:r>
              <w:rPr>
                <w:rFonts w:ascii="ＭＳ 明朝" w:eastAsia="ＭＳ 明朝" w:hAnsi="ＭＳ 明朝" w:cs="ＭＳ 明朝" w:hint="eastAsia"/>
                <w:b/>
                <w:sz w:val="20"/>
                <w:lang w:eastAsia="ja-JP"/>
              </w:rPr>
              <w:t>ふりがな</w:t>
            </w:r>
          </w:p>
          <w:p w14:paraId="4B3AF3A9" w14:textId="06C58441" w:rsidR="009F61E3" w:rsidRDefault="00BE50CB">
            <w:r>
              <w:rPr>
                <w:b/>
                <w:sz w:val="20"/>
              </w:rPr>
              <w:t>氏</w:t>
            </w:r>
            <w:r w:rsidR="007822D3">
              <w:rPr>
                <w:rFonts w:ascii="ＭＳ 明朝" w:eastAsia="ＭＳ 明朝" w:hAnsi="ＭＳ 明朝" w:cs="ＭＳ 明朝" w:hint="eastAsia"/>
                <w:b/>
                <w:sz w:val="20"/>
                <w:lang w:eastAsia="ja-JP"/>
              </w:rPr>
              <w:t xml:space="preserve">　　</w:t>
            </w:r>
            <w:r>
              <w:rPr>
                <w:b/>
                <w:sz w:val="20"/>
              </w:rPr>
              <w:t>名</w:t>
            </w:r>
          </w:p>
        </w:tc>
        <w:tc>
          <w:tcPr>
            <w:tcW w:w="5783" w:type="dxa"/>
            <w:gridSpan w:val="2"/>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148F345B" w14:textId="6450C95C" w:rsidR="00710AE9" w:rsidRPr="00710AE9" w:rsidRDefault="00710AE9">
            <w:pPr>
              <w:rPr>
                <w:rFonts w:ascii="BIZ UDゴシック" w:eastAsia="BIZ UDゴシック" w:hAnsi="BIZ UDゴシック"/>
                <w:sz w:val="22"/>
              </w:rPr>
            </w:pPr>
          </w:p>
          <w:p w14:paraId="2FA283BF" w14:textId="0A30FE0F" w:rsidR="009F61E3" w:rsidRDefault="00BE50CB">
            <w:r w:rsidRPr="00710AE9">
              <w:rPr>
                <w:rFonts w:ascii="BIZ UDゴシック" w:eastAsia="BIZ UDゴシック" w:hAnsi="BIZ UDゴシック"/>
                <w:sz w:val="22"/>
              </w:rPr>
              <w:t xml:space="preserve">　</w:t>
            </w:r>
            <w:r>
              <w:rPr>
                <w:sz w:val="28"/>
              </w:rPr>
              <w:t xml:space="preserve">　　　　　　　　　　　　　　　　　　　　　　　</w:t>
            </w:r>
          </w:p>
        </w:tc>
        <w:tc>
          <w:tcPr>
            <w:tcW w:w="2154" w:type="dxa"/>
            <w:vMerge/>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08A4F8B4" w14:textId="77777777" w:rsidR="009F61E3" w:rsidRDefault="009F61E3"/>
        </w:tc>
      </w:tr>
      <w:tr w:rsidR="009F61E3" w14:paraId="0A1A41D3" w14:textId="77777777" w:rsidTr="007822D3">
        <w:trPr>
          <w:jc w:val="center"/>
        </w:trPr>
        <w:tc>
          <w:tcPr>
            <w:tcW w:w="1927" w:type="dxa"/>
            <w:tcBorders>
              <w:top w:val="single" w:sz="8" w:space="0" w:color="666666"/>
              <w:left w:val="single" w:sz="8" w:space="0" w:color="666666"/>
              <w:bottom w:val="single" w:sz="8" w:space="0" w:color="666666"/>
              <w:right w:val="single" w:sz="8" w:space="0" w:color="666666"/>
            </w:tcBorders>
            <w:shd w:val="clear" w:color="auto" w:fill="EDEDED"/>
            <w:tcMar>
              <w:top w:w="80" w:type="dxa"/>
              <w:left w:w="100" w:type="dxa"/>
              <w:bottom w:w="80" w:type="dxa"/>
              <w:right w:w="100" w:type="dxa"/>
            </w:tcMar>
            <w:vAlign w:val="center"/>
          </w:tcPr>
          <w:p w14:paraId="77513ABE" w14:textId="77777777" w:rsidR="009F61E3" w:rsidRDefault="00BE50CB">
            <w:r>
              <w:rPr>
                <w:b/>
                <w:sz w:val="20"/>
              </w:rPr>
              <w:t>生年月日</w:t>
            </w:r>
          </w:p>
        </w:tc>
        <w:tc>
          <w:tcPr>
            <w:tcW w:w="5783" w:type="dxa"/>
            <w:gridSpan w:val="2"/>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02477D12" w14:textId="77777777" w:rsidR="009F61E3" w:rsidRPr="00710AE9" w:rsidRDefault="00BE50CB">
            <w:pPr>
              <w:rPr>
                <w:rFonts w:ascii="BIZ UDゴシック" w:eastAsia="BIZ UDゴシック" w:hAnsi="BIZ UDゴシック"/>
                <w:sz w:val="22"/>
                <w:lang w:eastAsia="ja-JP"/>
              </w:rPr>
            </w:pPr>
            <w:r w:rsidRPr="00710AE9">
              <w:rPr>
                <w:rFonts w:ascii="BIZ UDゴシック" w:eastAsia="BIZ UDゴシック" w:hAnsi="BIZ UDゴシック"/>
                <w:sz w:val="22"/>
                <w:lang w:eastAsia="ja-JP"/>
              </w:rPr>
              <w:t>昭和・平成　　　年　　　月　　　日　（満　　　歳）</w:t>
            </w:r>
          </w:p>
        </w:tc>
        <w:tc>
          <w:tcPr>
            <w:tcW w:w="2154" w:type="dxa"/>
            <w:vMerge/>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0B95BA57" w14:textId="77777777" w:rsidR="009F61E3" w:rsidRDefault="009F61E3">
            <w:pPr>
              <w:rPr>
                <w:lang w:eastAsia="ja-JP"/>
              </w:rPr>
            </w:pPr>
          </w:p>
        </w:tc>
      </w:tr>
      <w:tr w:rsidR="009F61E3" w14:paraId="69A669BC" w14:textId="77777777" w:rsidTr="007822D3">
        <w:trPr>
          <w:trHeight w:hRule="exact" w:val="1020"/>
          <w:jc w:val="center"/>
        </w:trPr>
        <w:tc>
          <w:tcPr>
            <w:tcW w:w="1927" w:type="dxa"/>
            <w:tcBorders>
              <w:top w:val="single" w:sz="8" w:space="0" w:color="666666"/>
              <w:left w:val="single" w:sz="8" w:space="0" w:color="666666"/>
              <w:bottom w:val="single" w:sz="8" w:space="0" w:color="666666"/>
              <w:right w:val="single" w:sz="8" w:space="0" w:color="666666"/>
            </w:tcBorders>
            <w:shd w:val="clear" w:color="auto" w:fill="EDEDED"/>
            <w:tcMar>
              <w:top w:w="80" w:type="dxa"/>
              <w:left w:w="100" w:type="dxa"/>
              <w:bottom w:w="80" w:type="dxa"/>
              <w:right w:w="100" w:type="dxa"/>
            </w:tcMar>
            <w:vAlign w:val="center"/>
          </w:tcPr>
          <w:p w14:paraId="2C5BF830" w14:textId="77777777" w:rsidR="009F61E3" w:rsidRDefault="00BE50CB">
            <w:proofErr w:type="spellStart"/>
            <w:r>
              <w:rPr>
                <w:b/>
                <w:sz w:val="20"/>
              </w:rPr>
              <w:t>現住所</w:t>
            </w:r>
            <w:proofErr w:type="spellEnd"/>
            <w:r>
              <w:rPr>
                <w:b/>
                <w:sz w:val="20"/>
              </w:rPr>
              <w:br/>
            </w:r>
            <w:r>
              <w:rPr>
                <w:b/>
                <w:sz w:val="20"/>
              </w:rPr>
              <w:t>（</w:t>
            </w:r>
            <w:proofErr w:type="spellStart"/>
            <w:r>
              <w:rPr>
                <w:b/>
                <w:sz w:val="20"/>
              </w:rPr>
              <w:t>ふりがな</w:t>
            </w:r>
            <w:proofErr w:type="spellEnd"/>
            <w:r>
              <w:rPr>
                <w:b/>
                <w:sz w:val="20"/>
              </w:rPr>
              <w:t>）</w:t>
            </w:r>
          </w:p>
        </w:tc>
        <w:tc>
          <w:tcPr>
            <w:tcW w:w="5783" w:type="dxa"/>
            <w:gridSpan w:val="2"/>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6EAA985B" w14:textId="77777777" w:rsidR="009F61E3" w:rsidRPr="00710AE9" w:rsidRDefault="00BE50CB">
            <w:pPr>
              <w:rPr>
                <w:rFonts w:ascii="BIZ UDゴシック" w:eastAsia="BIZ UDゴシック" w:hAnsi="BIZ UDゴシック"/>
                <w:sz w:val="22"/>
              </w:rPr>
            </w:pPr>
            <w:r w:rsidRPr="00710AE9">
              <w:rPr>
                <w:rFonts w:ascii="BIZ UDゴシック" w:eastAsia="BIZ UDゴシック" w:hAnsi="BIZ UDゴシック"/>
                <w:sz w:val="22"/>
              </w:rPr>
              <w:t>〒　　　　－</w:t>
            </w:r>
          </w:p>
          <w:p w14:paraId="23848918" w14:textId="77777777" w:rsidR="007822D3" w:rsidRPr="00710AE9" w:rsidRDefault="007822D3">
            <w:pPr>
              <w:rPr>
                <w:rFonts w:ascii="BIZ UDゴシック" w:eastAsia="BIZ UDゴシック" w:hAnsi="BIZ UDゴシック"/>
                <w:sz w:val="22"/>
              </w:rPr>
            </w:pPr>
          </w:p>
          <w:p w14:paraId="5F4D0B07" w14:textId="21A3C9E1" w:rsidR="007822D3" w:rsidRPr="00710AE9" w:rsidRDefault="007822D3">
            <w:pPr>
              <w:rPr>
                <w:rFonts w:ascii="BIZ UDゴシック" w:eastAsia="BIZ UDゴシック" w:hAnsi="BIZ UDゴシック"/>
                <w:sz w:val="22"/>
              </w:rPr>
            </w:pPr>
          </w:p>
        </w:tc>
        <w:tc>
          <w:tcPr>
            <w:tcW w:w="2154" w:type="dxa"/>
            <w:vMerge/>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29ACEA54" w14:textId="77777777" w:rsidR="009F61E3" w:rsidRPr="00710AE9" w:rsidRDefault="009F61E3">
            <w:pPr>
              <w:rPr>
                <w:rFonts w:ascii="BIZ UDゴシック" w:eastAsia="BIZ UDゴシック" w:hAnsi="BIZ UDゴシック"/>
                <w:sz w:val="22"/>
              </w:rPr>
            </w:pPr>
          </w:p>
        </w:tc>
      </w:tr>
      <w:tr w:rsidR="007822D3" w14:paraId="37589903" w14:textId="77777777" w:rsidTr="00987836">
        <w:trPr>
          <w:jc w:val="center"/>
        </w:trPr>
        <w:tc>
          <w:tcPr>
            <w:tcW w:w="1927" w:type="dxa"/>
            <w:tcBorders>
              <w:top w:val="single" w:sz="8" w:space="0" w:color="666666"/>
              <w:left w:val="single" w:sz="8" w:space="0" w:color="666666"/>
              <w:bottom w:val="single" w:sz="8" w:space="0" w:color="666666"/>
              <w:right w:val="single" w:sz="8" w:space="0" w:color="666666"/>
            </w:tcBorders>
            <w:shd w:val="clear" w:color="auto" w:fill="EDEDED"/>
            <w:tcMar>
              <w:top w:w="80" w:type="dxa"/>
              <w:left w:w="100" w:type="dxa"/>
              <w:bottom w:w="80" w:type="dxa"/>
              <w:right w:w="100" w:type="dxa"/>
            </w:tcMar>
            <w:vAlign w:val="center"/>
          </w:tcPr>
          <w:p w14:paraId="16113593" w14:textId="77777777" w:rsidR="007822D3" w:rsidRDefault="007822D3">
            <w:pPr>
              <w:rPr>
                <w:rFonts w:eastAsiaTheme="minorEastAsia"/>
                <w:b/>
                <w:sz w:val="20"/>
                <w:lang w:eastAsia="ja-JP"/>
              </w:rPr>
            </w:pPr>
            <w:r>
              <w:rPr>
                <w:b/>
                <w:sz w:val="20"/>
                <w:lang w:eastAsia="ja-JP"/>
              </w:rPr>
              <w:t>電話番号</w:t>
            </w:r>
          </w:p>
          <w:p w14:paraId="30334D9B" w14:textId="5FFA07FC" w:rsidR="007822D3" w:rsidRDefault="007822D3">
            <w:pPr>
              <w:rPr>
                <w:lang w:eastAsia="ja-JP"/>
              </w:rPr>
            </w:pPr>
            <w:r>
              <w:rPr>
                <w:b/>
                <w:sz w:val="20"/>
                <w:lang w:eastAsia="ja-JP"/>
              </w:rPr>
              <w:t>連絡可能な時間帯</w:t>
            </w:r>
          </w:p>
        </w:tc>
        <w:tc>
          <w:tcPr>
            <w:tcW w:w="5783" w:type="dxa"/>
            <w:gridSpan w:val="2"/>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797D880E" w14:textId="26C4E81C" w:rsidR="007822D3" w:rsidRPr="00710AE9" w:rsidRDefault="007822D3">
            <w:pPr>
              <w:rPr>
                <w:rFonts w:ascii="BIZ UDゴシック" w:eastAsia="BIZ UDゴシック" w:hAnsi="BIZ UDゴシック"/>
                <w:sz w:val="22"/>
                <w:lang w:eastAsia="ja-JP"/>
              </w:rPr>
            </w:pPr>
          </w:p>
        </w:tc>
        <w:tc>
          <w:tcPr>
            <w:tcW w:w="2154" w:type="dxa"/>
            <w:vMerge/>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5FD9888E" w14:textId="77777777" w:rsidR="007822D3" w:rsidRPr="00710AE9" w:rsidRDefault="007822D3">
            <w:pPr>
              <w:rPr>
                <w:rFonts w:ascii="BIZ UDゴシック" w:eastAsia="BIZ UDゴシック" w:hAnsi="BIZ UDゴシック"/>
                <w:sz w:val="22"/>
                <w:lang w:eastAsia="ja-JP"/>
              </w:rPr>
            </w:pPr>
          </w:p>
        </w:tc>
      </w:tr>
      <w:tr w:rsidR="009F61E3" w14:paraId="6DB6586F" w14:textId="77777777" w:rsidTr="007822D3">
        <w:trPr>
          <w:jc w:val="center"/>
        </w:trPr>
        <w:tc>
          <w:tcPr>
            <w:tcW w:w="1927" w:type="dxa"/>
            <w:tcBorders>
              <w:top w:val="single" w:sz="8" w:space="0" w:color="666666"/>
              <w:left w:val="single" w:sz="8" w:space="0" w:color="666666"/>
              <w:bottom w:val="single" w:sz="8" w:space="0" w:color="666666"/>
              <w:right w:val="single" w:sz="8" w:space="0" w:color="666666"/>
            </w:tcBorders>
            <w:shd w:val="clear" w:color="auto" w:fill="EDEDED"/>
            <w:tcMar>
              <w:top w:w="80" w:type="dxa"/>
              <w:left w:w="100" w:type="dxa"/>
              <w:bottom w:w="80" w:type="dxa"/>
              <w:right w:w="100" w:type="dxa"/>
            </w:tcMar>
            <w:vAlign w:val="center"/>
          </w:tcPr>
          <w:p w14:paraId="5CF2D15E" w14:textId="77777777" w:rsidR="009F61E3" w:rsidRDefault="00BE50CB">
            <w:proofErr w:type="spellStart"/>
            <w:r>
              <w:rPr>
                <w:b/>
                <w:sz w:val="20"/>
              </w:rPr>
              <w:t>メールアドレス</w:t>
            </w:r>
            <w:proofErr w:type="spellEnd"/>
          </w:p>
        </w:tc>
        <w:tc>
          <w:tcPr>
            <w:tcW w:w="5783" w:type="dxa"/>
            <w:gridSpan w:val="2"/>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6A56F5B6" w14:textId="77777777" w:rsidR="009F61E3" w:rsidRPr="00710AE9" w:rsidRDefault="009F61E3">
            <w:pPr>
              <w:rPr>
                <w:rFonts w:ascii="BIZ UDゴシック" w:eastAsia="BIZ UDゴシック" w:hAnsi="BIZ UDゴシック"/>
                <w:sz w:val="22"/>
              </w:rPr>
            </w:pPr>
          </w:p>
        </w:tc>
        <w:tc>
          <w:tcPr>
            <w:tcW w:w="2154" w:type="dxa"/>
            <w:vMerge/>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251D3CE8" w14:textId="77777777" w:rsidR="009F61E3" w:rsidRPr="00710AE9" w:rsidRDefault="009F61E3">
            <w:pPr>
              <w:rPr>
                <w:rFonts w:ascii="BIZ UDゴシック" w:eastAsia="BIZ UDゴシック" w:hAnsi="BIZ UDゴシック"/>
                <w:sz w:val="22"/>
              </w:rPr>
            </w:pPr>
          </w:p>
        </w:tc>
      </w:tr>
      <w:tr w:rsidR="009F61E3" w14:paraId="5EDE5618" w14:textId="77777777" w:rsidTr="007822D3">
        <w:trPr>
          <w:trHeight w:hRule="exact" w:val="611"/>
          <w:jc w:val="center"/>
        </w:trPr>
        <w:tc>
          <w:tcPr>
            <w:tcW w:w="1927" w:type="dxa"/>
            <w:tcBorders>
              <w:top w:val="single" w:sz="8" w:space="0" w:color="666666"/>
              <w:left w:val="single" w:sz="8" w:space="0" w:color="666666"/>
              <w:bottom w:val="single" w:sz="8" w:space="0" w:color="666666"/>
              <w:right w:val="single" w:sz="8" w:space="0" w:color="666666"/>
            </w:tcBorders>
            <w:shd w:val="clear" w:color="auto" w:fill="EDEDED"/>
            <w:tcMar>
              <w:top w:w="80" w:type="dxa"/>
              <w:left w:w="100" w:type="dxa"/>
              <w:bottom w:w="80" w:type="dxa"/>
              <w:right w:w="100" w:type="dxa"/>
            </w:tcMar>
            <w:vAlign w:val="center"/>
          </w:tcPr>
          <w:p w14:paraId="076B9775" w14:textId="77777777" w:rsidR="009F61E3" w:rsidRDefault="00BE50CB">
            <w:pPr>
              <w:rPr>
                <w:lang w:eastAsia="ja-JP"/>
              </w:rPr>
            </w:pPr>
            <w:r>
              <w:rPr>
                <w:b/>
                <w:sz w:val="20"/>
                <w:lang w:eastAsia="ja-JP"/>
              </w:rPr>
              <w:t>その他の連絡先</w:t>
            </w:r>
            <w:r>
              <w:rPr>
                <w:b/>
                <w:sz w:val="20"/>
                <w:lang w:eastAsia="ja-JP"/>
              </w:rPr>
              <w:br/>
            </w:r>
            <w:r>
              <w:rPr>
                <w:b/>
                <w:sz w:val="20"/>
                <w:lang w:eastAsia="ja-JP"/>
              </w:rPr>
              <w:t>（任意）</w:t>
            </w:r>
          </w:p>
        </w:tc>
        <w:tc>
          <w:tcPr>
            <w:tcW w:w="7937" w:type="dxa"/>
            <w:gridSpan w:val="3"/>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459E242B" w14:textId="77777777" w:rsidR="009F61E3" w:rsidRPr="00710AE9" w:rsidRDefault="009F61E3">
            <w:pPr>
              <w:rPr>
                <w:rFonts w:ascii="BIZ UDゴシック" w:eastAsia="BIZ UDゴシック" w:hAnsi="BIZ UDゴシック"/>
                <w:sz w:val="22"/>
                <w:lang w:eastAsia="ja-JP"/>
              </w:rPr>
            </w:pPr>
          </w:p>
        </w:tc>
      </w:tr>
    </w:tbl>
    <w:p w14:paraId="1299B3B5" w14:textId="77777777" w:rsidR="009F61E3" w:rsidRDefault="009F61E3">
      <w:pPr>
        <w:spacing w:after="20"/>
        <w:rPr>
          <w:lang w:eastAsia="ja-JP"/>
        </w:rPr>
      </w:pPr>
    </w:p>
    <w:p w14:paraId="2D8FEA31" w14:textId="77777777" w:rsidR="009F61E3" w:rsidRDefault="00BE50CB">
      <w:pPr>
        <w:spacing w:before="20" w:after="40"/>
      </w:pPr>
      <w:proofErr w:type="spellStart"/>
      <w:r>
        <w:rPr>
          <w:b/>
          <w:sz w:val="22"/>
        </w:rPr>
        <w:t>学歴・職歴</w:t>
      </w:r>
      <w:proofErr w:type="spellEnd"/>
    </w:p>
    <w:tbl>
      <w:tblPr>
        <w:tblW w:w="0" w:type="auto"/>
        <w:jc w:val="center"/>
        <w:tblLayout w:type="fixed"/>
        <w:tblLook w:val="04A0" w:firstRow="1" w:lastRow="0" w:firstColumn="1" w:lastColumn="0" w:noHBand="0" w:noVBand="1"/>
      </w:tblPr>
      <w:tblGrid>
        <w:gridCol w:w="1247"/>
        <w:gridCol w:w="1020"/>
        <w:gridCol w:w="7597"/>
      </w:tblGrid>
      <w:tr w:rsidR="009F61E3" w14:paraId="24466777" w14:textId="77777777">
        <w:trPr>
          <w:tblHeader/>
          <w:jc w:val="center"/>
        </w:trPr>
        <w:tc>
          <w:tcPr>
            <w:tcW w:w="1247" w:type="dxa"/>
            <w:tcBorders>
              <w:top w:val="single" w:sz="8" w:space="0" w:color="666666"/>
              <w:left w:val="single" w:sz="8" w:space="0" w:color="666666"/>
              <w:bottom w:val="single" w:sz="8" w:space="0" w:color="666666"/>
              <w:right w:val="single" w:sz="8" w:space="0" w:color="666666"/>
            </w:tcBorders>
            <w:shd w:val="clear" w:color="auto" w:fill="D9E2F3"/>
            <w:tcMar>
              <w:top w:w="80" w:type="dxa"/>
              <w:left w:w="100" w:type="dxa"/>
              <w:bottom w:w="80" w:type="dxa"/>
              <w:right w:w="100" w:type="dxa"/>
            </w:tcMar>
            <w:vAlign w:val="center"/>
          </w:tcPr>
          <w:p w14:paraId="05181F90" w14:textId="77777777" w:rsidR="009F61E3" w:rsidRDefault="00BE50CB">
            <w:pPr>
              <w:jc w:val="center"/>
            </w:pPr>
            <w:r>
              <w:rPr>
                <w:b/>
                <w:sz w:val="19"/>
              </w:rPr>
              <w:t>年</w:t>
            </w:r>
          </w:p>
        </w:tc>
        <w:tc>
          <w:tcPr>
            <w:tcW w:w="1020" w:type="dxa"/>
            <w:tcBorders>
              <w:top w:val="single" w:sz="8" w:space="0" w:color="666666"/>
              <w:left w:val="single" w:sz="8" w:space="0" w:color="666666"/>
              <w:bottom w:val="single" w:sz="8" w:space="0" w:color="666666"/>
              <w:right w:val="single" w:sz="8" w:space="0" w:color="666666"/>
            </w:tcBorders>
            <w:shd w:val="clear" w:color="auto" w:fill="D9E2F3"/>
            <w:tcMar>
              <w:top w:w="80" w:type="dxa"/>
              <w:left w:w="100" w:type="dxa"/>
              <w:bottom w:w="80" w:type="dxa"/>
              <w:right w:w="100" w:type="dxa"/>
            </w:tcMar>
            <w:vAlign w:val="center"/>
          </w:tcPr>
          <w:p w14:paraId="097F8EEA" w14:textId="77777777" w:rsidR="009F61E3" w:rsidRDefault="00BE50CB">
            <w:pPr>
              <w:jc w:val="center"/>
            </w:pPr>
            <w:r>
              <w:rPr>
                <w:b/>
                <w:sz w:val="19"/>
              </w:rPr>
              <w:t>月</w:t>
            </w:r>
          </w:p>
        </w:tc>
        <w:tc>
          <w:tcPr>
            <w:tcW w:w="7597" w:type="dxa"/>
            <w:tcBorders>
              <w:top w:val="single" w:sz="8" w:space="0" w:color="666666"/>
              <w:left w:val="single" w:sz="8" w:space="0" w:color="666666"/>
              <w:bottom w:val="single" w:sz="8" w:space="0" w:color="666666"/>
              <w:right w:val="single" w:sz="8" w:space="0" w:color="666666"/>
            </w:tcBorders>
            <w:shd w:val="clear" w:color="auto" w:fill="D9E2F3"/>
            <w:tcMar>
              <w:top w:w="80" w:type="dxa"/>
              <w:left w:w="100" w:type="dxa"/>
              <w:bottom w:w="80" w:type="dxa"/>
              <w:right w:w="100" w:type="dxa"/>
            </w:tcMar>
            <w:vAlign w:val="center"/>
          </w:tcPr>
          <w:p w14:paraId="7D9A51F0" w14:textId="4D06940D" w:rsidR="009F61E3" w:rsidRDefault="00BE50CB">
            <w:pPr>
              <w:jc w:val="center"/>
              <w:rPr>
                <w:lang w:eastAsia="ja-JP"/>
              </w:rPr>
            </w:pPr>
            <w:r>
              <w:rPr>
                <w:b/>
                <w:sz w:val="19"/>
                <w:lang w:eastAsia="ja-JP"/>
              </w:rPr>
              <w:t>学歴・職歴（学歴、職歴の順に記載してください）</w:t>
            </w:r>
          </w:p>
        </w:tc>
      </w:tr>
      <w:tr w:rsidR="00710AE9" w14:paraId="3E72FE78" w14:textId="77777777" w:rsidTr="00205607">
        <w:trPr>
          <w:trHeight w:hRule="exact" w:val="544"/>
          <w:jc w:val="center"/>
        </w:trPr>
        <w:tc>
          <w:tcPr>
            <w:tcW w:w="9864" w:type="dxa"/>
            <w:gridSpan w:val="3"/>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7FA029DD" w14:textId="310336F3" w:rsidR="00710AE9" w:rsidRDefault="00710AE9">
            <w:pPr>
              <w:jc w:val="center"/>
            </w:pPr>
            <w:r>
              <w:rPr>
                <w:b/>
                <w:color w:val="5A5A5A"/>
                <w:sz w:val="19"/>
              </w:rPr>
              <w:t>学　歴</w:t>
            </w:r>
            <w:r>
              <w:rPr>
                <w:rFonts w:ascii="ＭＳ 明朝" w:eastAsia="ＭＳ 明朝" w:hAnsi="ＭＳ 明朝" w:cs="ＭＳ 明朝" w:hint="eastAsia"/>
                <w:b/>
                <w:color w:val="5A5A5A"/>
                <w:sz w:val="19"/>
                <w:lang w:eastAsia="ja-JP"/>
              </w:rPr>
              <w:t>（高校以上）</w:t>
            </w:r>
          </w:p>
        </w:tc>
      </w:tr>
      <w:tr w:rsidR="009F61E3" w14:paraId="0CA9151B" w14:textId="77777777">
        <w:trPr>
          <w:trHeight w:hRule="exact" w:val="544"/>
          <w:jc w:val="center"/>
        </w:trPr>
        <w:tc>
          <w:tcPr>
            <w:tcW w:w="124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5C990CBF" w14:textId="77777777" w:rsidR="009F61E3" w:rsidRPr="00710AE9" w:rsidRDefault="009F61E3">
            <w:pPr>
              <w:rPr>
                <w:rFonts w:ascii="BIZ UDゴシック" w:eastAsia="BIZ UDゴシック" w:hAnsi="BIZ UDゴシック"/>
                <w:sz w:val="22"/>
              </w:rPr>
            </w:pPr>
          </w:p>
        </w:tc>
        <w:tc>
          <w:tcPr>
            <w:tcW w:w="1020"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768ADC57" w14:textId="77777777" w:rsidR="009F61E3" w:rsidRPr="00710AE9" w:rsidRDefault="009F61E3">
            <w:pPr>
              <w:rPr>
                <w:rFonts w:ascii="BIZ UDゴシック" w:eastAsia="BIZ UDゴシック" w:hAnsi="BIZ UDゴシック"/>
                <w:sz w:val="22"/>
              </w:rPr>
            </w:pPr>
          </w:p>
        </w:tc>
        <w:tc>
          <w:tcPr>
            <w:tcW w:w="759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4833F775" w14:textId="77777777" w:rsidR="009F61E3" w:rsidRPr="00710AE9" w:rsidRDefault="009F61E3">
            <w:pPr>
              <w:rPr>
                <w:rFonts w:ascii="BIZ UDゴシック" w:eastAsia="BIZ UDゴシック" w:hAnsi="BIZ UDゴシック"/>
                <w:sz w:val="22"/>
              </w:rPr>
            </w:pPr>
          </w:p>
        </w:tc>
      </w:tr>
      <w:tr w:rsidR="009F61E3" w14:paraId="3F1720F4" w14:textId="77777777">
        <w:trPr>
          <w:trHeight w:hRule="exact" w:val="544"/>
          <w:jc w:val="center"/>
        </w:trPr>
        <w:tc>
          <w:tcPr>
            <w:tcW w:w="124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4D9B58DE" w14:textId="77777777" w:rsidR="009F61E3" w:rsidRPr="00710AE9" w:rsidRDefault="009F61E3">
            <w:pPr>
              <w:rPr>
                <w:rFonts w:ascii="BIZ UDゴシック" w:eastAsia="BIZ UDゴシック" w:hAnsi="BIZ UDゴシック"/>
                <w:sz w:val="22"/>
              </w:rPr>
            </w:pPr>
          </w:p>
        </w:tc>
        <w:tc>
          <w:tcPr>
            <w:tcW w:w="1020"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5BAD0EFE" w14:textId="77777777" w:rsidR="009F61E3" w:rsidRPr="00710AE9" w:rsidRDefault="009F61E3">
            <w:pPr>
              <w:rPr>
                <w:rFonts w:ascii="BIZ UDゴシック" w:eastAsia="BIZ UDゴシック" w:hAnsi="BIZ UDゴシック"/>
                <w:sz w:val="22"/>
              </w:rPr>
            </w:pPr>
          </w:p>
        </w:tc>
        <w:tc>
          <w:tcPr>
            <w:tcW w:w="759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19251804" w14:textId="77777777" w:rsidR="009F61E3" w:rsidRPr="00710AE9" w:rsidRDefault="009F61E3">
            <w:pPr>
              <w:rPr>
                <w:rFonts w:ascii="BIZ UDゴシック" w:eastAsia="BIZ UDゴシック" w:hAnsi="BIZ UDゴシック"/>
                <w:sz w:val="22"/>
              </w:rPr>
            </w:pPr>
          </w:p>
        </w:tc>
      </w:tr>
      <w:tr w:rsidR="009F61E3" w14:paraId="78D89AE0" w14:textId="77777777">
        <w:trPr>
          <w:trHeight w:hRule="exact" w:val="544"/>
          <w:jc w:val="center"/>
        </w:trPr>
        <w:tc>
          <w:tcPr>
            <w:tcW w:w="124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7557FFC3" w14:textId="77777777" w:rsidR="009F61E3" w:rsidRPr="00710AE9" w:rsidRDefault="009F61E3">
            <w:pPr>
              <w:rPr>
                <w:rFonts w:ascii="BIZ UDゴシック" w:eastAsia="BIZ UDゴシック" w:hAnsi="BIZ UDゴシック"/>
                <w:sz w:val="22"/>
              </w:rPr>
            </w:pPr>
          </w:p>
        </w:tc>
        <w:tc>
          <w:tcPr>
            <w:tcW w:w="1020"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4BFBD4D9" w14:textId="77777777" w:rsidR="009F61E3" w:rsidRPr="00710AE9" w:rsidRDefault="009F61E3">
            <w:pPr>
              <w:rPr>
                <w:rFonts w:ascii="BIZ UDゴシック" w:eastAsia="BIZ UDゴシック" w:hAnsi="BIZ UDゴシック"/>
                <w:sz w:val="22"/>
              </w:rPr>
            </w:pPr>
          </w:p>
        </w:tc>
        <w:tc>
          <w:tcPr>
            <w:tcW w:w="759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17217029" w14:textId="77777777" w:rsidR="009F61E3" w:rsidRPr="00710AE9" w:rsidRDefault="009F61E3">
            <w:pPr>
              <w:rPr>
                <w:rFonts w:ascii="BIZ UDゴシック" w:eastAsia="BIZ UDゴシック" w:hAnsi="BIZ UDゴシック"/>
                <w:sz w:val="22"/>
              </w:rPr>
            </w:pPr>
          </w:p>
        </w:tc>
      </w:tr>
      <w:tr w:rsidR="009F61E3" w14:paraId="5ED0134A" w14:textId="77777777">
        <w:trPr>
          <w:trHeight w:hRule="exact" w:val="544"/>
          <w:jc w:val="center"/>
        </w:trPr>
        <w:tc>
          <w:tcPr>
            <w:tcW w:w="124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28BA763E" w14:textId="77777777" w:rsidR="009F61E3" w:rsidRPr="00710AE9" w:rsidRDefault="009F61E3">
            <w:pPr>
              <w:rPr>
                <w:rFonts w:ascii="BIZ UDゴシック" w:eastAsia="BIZ UDゴシック" w:hAnsi="BIZ UDゴシック"/>
                <w:sz w:val="22"/>
              </w:rPr>
            </w:pPr>
          </w:p>
        </w:tc>
        <w:tc>
          <w:tcPr>
            <w:tcW w:w="1020"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1456ED89" w14:textId="77777777" w:rsidR="009F61E3" w:rsidRPr="00710AE9" w:rsidRDefault="009F61E3">
            <w:pPr>
              <w:rPr>
                <w:rFonts w:ascii="BIZ UDゴシック" w:eastAsia="BIZ UDゴシック" w:hAnsi="BIZ UDゴシック"/>
                <w:sz w:val="22"/>
              </w:rPr>
            </w:pPr>
          </w:p>
        </w:tc>
        <w:tc>
          <w:tcPr>
            <w:tcW w:w="759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65E35F68" w14:textId="77777777" w:rsidR="009F61E3" w:rsidRPr="00710AE9" w:rsidRDefault="009F61E3">
            <w:pPr>
              <w:rPr>
                <w:rFonts w:ascii="BIZ UDゴシック" w:eastAsia="BIZ UDゴシック" w:hAnsi="BIZ UDゴシック"/>
                <w:sz w:val="22"/>
              </w:rPr>
            </w:pPr>
          </w:p>
        </w:tc>
      </w:tr>
      <w:tr w:rsidR="00710AE9" w14:paraId="08090843" w14:textId="77777777" w:rsidTr="00E9773E">
        <w:trPr>
          <w:trHeight w:hRule="exact" w:val="544"/>
          <w:jc w:val="center"/>
        </w:trPr>
        <w:tc>
          <w:tcPr>
            <w:tcW w:w="9864" w:type="dxa"/>
            <w:gridSpan w:val="3"/>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30CEC930" w14:textId="77777777" w:rsidR="00710AE9" w:rsidRDefault="00710AE9">
            <w:pPr>
              <w:jc w:val="center"/>
            </w:pPr>
            <w:r>
              <w:rPr>
                <w:b/>
                <w:color w:val="5A5A5A"/>
                <w:sz w:val="19"/>
              </w:rPr>
              <w:t>職　歴</w:t>
            </w:r>
          </w:p>
        </w:tc>
      </w:tr>
      <w:tr w:rsidR="009F61E3" w14:paraId="646D252E" w14:textId="77777777">
        <w:trPr>
          <w:trHeight w:hRule="exact" w:val="544"/>
          <w:jc w:val="center"/>
        </w:trPr>
        <w:tc>
          <w:tcPr>
            <w:tcW w:w="124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5D8EB34D" w14:textId="77777777" w:rsidR="009F61E3" w:rsidRPr="00710AE9" w:rsidRDefault="009F61E3">
            <w:pPr>
              <w:rPr>
                <w:rFonts w:ascii="BIZ UDゴシック" w:eastAsia="BIZ UDゴシック" w:hAnsi="BIZ UDゴシック"/>
                <w:sz w:val="22"/>
              </w:rPr>
            </w:pPr>
          </w:p>
        </w:tc>
        <w:tc>
          <w:tcPr>
            <w:tcW w:w="1020"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46817D52" w14:textId="77777777" w:rsidR="009F61E3" w:rsidRPr="00710AE9" w:rsidRDefault="009F61E3">
            <w:pPr>
              <w:rPr>
                <w:rFonts w:ascii="BIZ UDゴシック" w:eastAsia="BIZ UDゴシック" w:hAnsi="BIZ UDゴシック"/>
                <w:sz w:val="22"/>
              </w:rPr>
            </w:pPr>
          </w:p>
        </w:tc>
        <w:tc>
          <w:tcPr>
            <w:tcW w:w="759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70B17F4A" w14:textId="77777777" w:rsidR="009F61E3" w:rsidRPr="00710AE9" w:rsidRDefault="009F61E3">
            <w:pPr>
              <w:rPr>
                <w:rFonts w:ascii="BIZ UDゴシック" w:eastAsia="BIZ UDゴシック" w:hAnsi="BIZ UDゴシック"/>
                <w:sz w:val="22"/>
              </w:rPr>
            </w:pPr>
          </w:p>
        </w:tc>
      </w:tr>
      <w:tr w:rsidR="009F61E3" w14:paraId="3454DCB6" w14:textId="77777777">
        <w:trPr>
          <w:trHeight w:hRule="exact" w:val="544"/>
          <w:jc w:val="center"/>
        </w:trPr>
        <w:tc>
          <w:tcPr>
            <w:tcW w:w="124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4A3833BF" w14:textId="77777777" w:rsidR="009F61E3" w:rsidRPr="00710AE9" w:rsidRDefault="009F61E3">
            <w:pPr>
              <w:rPr>
                <w:rFonts w:ascii="BIZ UDゴシック" w:eastAsia="BIZ UDゴシック" w:hAnsi="BIZ UDゴシック"/>
                <w:sz w:val="22"/>
              </w:rPr>
            </w:pPr>
          </w:p>
        </w:tc>
        <w:tc>
          <w:tcPr>
            <w:tcW w:w="1020"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6925FEA6" w14:textId="77777777" w:rsidR="009F61E3" w:rsidRPr="00710AE9" w:rsidRDefault="009F61E3">
            <w:pPr>
              <w:rPr>
                <w:rFonts w:ascii="BIZ UDゴシック" w:eastAsia="BIZ UDゴシック" w:hAnsi="BIZ UDゴシック"/>
                <w:sz w:val="22"/>
              </w:rPr>
            </w:pPr>
          </w:p>
        </w:tc>
        <w:tc>
          <w:tcPr>
            <w:tcW w:w="759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71A72575" w14:textId="77777777" w:rsidR="009F61E3" w:rsidRPr="00710AE9" w:rsidRDefault="009F61E3">
            <w:pPr>
              <w:rPr>
                <w:rFonts w:ascii="BIZ UDゴシック" w:eastAsia="BIZ UDゴシック" w:hAnsi="BIZ UDゴシック"/>
                <w:sz w:val="22"/>
              </w:rPr>
            </w:pPr>
          </w:p>
        </w:tc>
      </w:tr>
      <w:tr w:rsidR="009F61E3" w14:paraId="0E266AAB" w14:textId="77777777">
        <w:trPr>
          <w:trHeight w:hRule="exact" w:val="544"/>
          <w:jc w:val="center"/>
        </w:trPr>
        <w:tc>
          <w:tcPr>
            <w:tcW w:w="124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36A3F87A" w14:textId="77777777" w:rsidR="009F61E3" w:rsidRPr="00710AE9" w:rsidRDefault="009F61E3">
            <w:pPr>
              <w:rPr>
                <w:rFonts w:ascii="BIZ UDゴシック" w:eastAsia="BIZ UDゴシック" w:hAnsi="BIZ UDゴシック"/>
                <w:sz w:val="22"/>
              </w:rPr>
            </w:pPr>
          </w:p>
        </w:tc>
        <w:tc>
          <w:tcPr>
            <w:tcW w:w="1020"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4B80294D" w14:textId="77777777" w:rsidR="009F61E3" w:rsidRPr="00710AE9" w:rsidRDefault="009F61E3">
            <w:pPr>
              <w:rPr>
                <w:rFonts w:ascii="BIZ UDゴシック" w:eastAsia="BIZ UDゴシック" w:hAnsi="BIZ UDゴシック"/>
                <w:sz w:val="22"/>
              </w:rPr>
            </w:pPr>
          </w:p>
        </w:tc>
        <w:tc>
          <w:tcPr>
            <w:tcW w:w="759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0EBD45AB" w14:textId="77777777" w:rsidR="009F61E3" w:rsidRPr="00710AE9" w:rsidRDefault="009F61E3">
            <w:pPr>
              <w:rPr>
                <w:rFonts w:ascii="BIZ UDゴシック" w:eastAsia="BIZ UDゴシック" w:hAnsi="BIZ UDゴシック"/>
                <w:sz w:val="22"/>
              </w:rPr>
            </w:pPr>
          </w:p>
        </w:tc>
      </w:tr>
      <w:tr w:rsidR="009F61E3" w14:paraId="70AFE33C" w14:textId="77777777">
        <w:trPr>
          <w:trHeight w:hRule="exact" w:val="544"/>
          <w:jc w:val="center"/>
        </w:trPr>
        <w:tc>
          <w:tcPr>
            <w:tcW w:w="124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72D6E8C7" w14:textId="77777777" w:rsidR="009F61E3" w:rsidRPr="00710AE9" w:rsidRDefault="009F61E3">
            <w:pPr>
              <w:rPr>
                <w:rFonts w:ascii="BIZ UDゴシック" w:eastAsia="BIZ UDゴシック" w:hAnsi="BIZ UDゴシック"/>
                <w:sz w:val="22"/>
              </w:rPr>
            </w:pPr>
          </w:p>
        </w:tc>
        <w:tc>
          <w:tcPr>
            <w:tcW w:w="1020"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39ACFF26" w14:textId="77777777" w:rsidR="009F61E3" w:rsidRPr="00710AE9" w:rsidRDefault="009F61E3">
            <w:pPr>
              <w:rPr>
                <w:rFonts w:ascii="BIZ UDゴシック" w:eastAsia="BIZ UDゴシック" w:hAnsi="BIZ UDゴシック"/>
                <w:sz w:val="22"/>
              </w:rPr>
            </w:pPr>
          </w:p>
        </w:tc>
        <w:tc>
          <w:tcPr>
            <w:tcW w:w="759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3CC51B2A" w14:textId="77777777" w:rsidR="009F61E3" w:rsidRPr="00710AE9" w:rsidRDefault="009F61E3">
            <w:pPr>
              <w:rPr>
                <w:rFonts w:ascii="BIZ UDゴシック" w:eastAsia="BIZ UDゴシック" w:hAnsi="BIZ UDゴシック"/>
                <w:sz w:val="22"/>
              </w:rPr>
            </w:pPr>
          </w:p>
        </w:tc>
      </w:tr>
      <w:tr w:rsidR="007822D3" w14:paraId="7DE5D41F" w14:textId="77777777">
        <w:trPr>
          <w:trHeight w:hRule="exact" w:val="544"/>
          <w:jc w:val="center"/>
        </w:trPr>
        <w:tc>
          <w:tcPr>
            <w:tcW w:w="124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6DE3E98E" w14:textId="77777777" w:rsidR="007822D3" w:rsidRPr="00710AE9" w:rsidRDefault="007822D3">
            <w:pPr>
              <w:rPr>
                <w:rFonts w:ascii="BIZ UDゴシック" w:eastAsia="BIZ UDゴシック" w:hAnsi="BIZ UDゴシック"/>
                <w:sz w:val="22"/>
              </w:rPr>
            </w:pPr>
          </w:p>
        </w:tc>
        <w:tc>
          <w:tcPr>
            <w:tcW w:w="1020"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5B83E824" w14:textId="77777777" w:rsidR="007822D3" w:rsidRPr="00710AE9" w:rsidRDefault="007822D3">
            <w:pPr>
              <w:rPr>
                <w:rFonts w:ascii="BIZ UDゴシック" w:eastAsia="BIZ UDゴシック" w:hAnsi="BIZ UDゴシック"/>
                <w:sz w:val="22"/>
              </w:rPr>
            </w:pPr>
          </w:p>
        </w:tc>
        <w:tc>
          <w:tcPr>
            <w:tcW w:w="759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6E6D9B25" w14:textId="77777777" w:rsidR="007822D3" w:rsidRPr="00710AE9" w:rsidRDefault="007822D3">
            <w:pPr>
              <w:rPr>
                <w:rFonts w:ascii="BIZ UDゴシック" w:eastAsia="BIZ UDゴシック" w:hAnsi="BIZ UDゴシック"/>
                <w:sz w:val="22"/>
              </w:rPr>
            </w:pPr>
          </w:p>
        </w:tc>
      </w:tr>
      <w:tr w:rsidR="007822D3" w14:paraId="28775DE8" w14:textId="77777777">
        <w:trPr>
          <w:trHeight w:hRule="exact" w:val="544"/>
          <w:jc w:val="center"/>
        </w:trPr>
        <w:tc>
          <w:tcPr>
            <w:tcW w:w="124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30B44B11" w14:textId="77777777" w:rsidR="007822D3" w:rsidRPr="00710AE9" w:rsidRDefault="007822D3">
            <w:pPr>
              <w:rPr>
                <w:rFonts w:ascii="BIZ UDゴシック" w:eastAsia="BIZ UDゴシック" w:hAnsi="BIZ UDゴシック"/>
                <w:sz w:val="22"/>
              </w:rPr>
            </w:pPr>
          </w:p>
        </w:tc>
        <w:tc>
          <w:tcPr>
            <w:tcW w:w="1020"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0FB088FF" w14:textId="77777777" w:rsidR="007822D3" w:rsidRPr="00710AE9" w:rsidRDefault="007822D3">
            <w:pPr>
              <w:rPr>
                <w:rFonts w:ascii="BIZ UDゴシック" w:eastAsia="BIZ UDゴシック" w:hAnsi="BIZ UDゴシック"/>
                <w:sz w:val="22"/>
              </w:rPr>
            </w:pPr>
          </w:p>
        </w:tc>
        <w:tc>
          <w:tcPr>
            <w:tcW w:w="759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02844C7F" w14:textId="77777777" w:rsidR="007822D3" w:rsidRPr="00710AE9" w:rsidRDefault="007822D3">
            <w:pPr>
              <w:rPr>
                <w:rFonts w:ascii="BIZ UDゴシック" w:eastAsia="BIZ UDゴシック" w:hAnsi="BIZ UDゴシック"/>
                <w:sz w:val="22"/>
              </w:rPr>
            </w:pPr>
          </w:p>
        </w:tc>
      </w:tr>
      <w:tr w:rsidR="009F61E3" w14:paraId="6DB9C5F9" w14:textId="77777777">
        <w:trPr>
          <w:trHeight w:hRule="exact" w:val="544"/>
          <w:jc w:val="center"/>
        </w:trPr>
        <w:tc>
          <w:tcPr>
            <w:tcW w:w="124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26AD71DB" w14:textId="77777777" w:rsidR="009F61E3" w:rsidRPr="00710AE9" w:rsidRDefault="009F61E3">
            <w:pPr>
              <w:rPr>
                <w:rFonts w:ascii="BIZ UDゴシック" w:eastAsia="BIZ UDゴシック" w:hAnsi="BIZ UDゴシック"/>
                <w:sz w:val="22"/>
              </w:rPr>
            </w:pPr>
          </w:p>
        </w:tc>
        <w:tc>
          <w:tcPr>
            <w:tcW w:w="1020"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66F5982D" w14:textId="77777777" w:rsidR="009F61E3" w:rsidRPr="00710AE9" w:rsidRDefault="009F61E3">
            <w:pPr>
              <w:rPr>
                <w:rFonts w:ascii="BIZ UDゴシック" w:eastAsia="BIZ UDゴシック" w:hAnsi="BIZ UDゴシック"/>
                <w:sz w:val="22"/>
              </w:rPr>
            </w:pPr>
          </w:p>
        </w:tc>
        <w:tc>
          <w:tcPr>
            <w:tcW w:w="759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76DBEA55" w14:textId="77777777" w:rsidR="009F61E3" w:rsidRPr="00710AE9" w:rsidRDefault="009F61E3">
            <w:pPr>
              <w:rPr>
                <w:rFonts w:ascii="BIZ UDゴシック" w:eastAsia="BIZ UDゴシック" w:hAnsi="BIZ UDゴシック"/>
                <w:sz w:val="22"/>
              </w:rPr>
            </w:pPr>
          </w:p>
        </w:tc>
      </w:tr>
      <w:tr w:rsidR="009F61E3" w14:paraId="295AE1E3" w14:textId="77777777">
        <w:trPr>
          <w:trHeight w:hRule="exact" w:val="544"/>
          <w:jc w:val="center"/>
        </w:trPr>
        <w:tc>
          <w:tcPr>
            <w:tcW w:w="124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0AECCE7B" w14:textId="77777777" w:rsidR="009F61E3" w:rsidRPr="00710AE9" w:rsidRDefault="009F61E3">
            <w:pPr>
              <w:rPr>
                <w:rFonts w:ascii="BIZ UDゴシック" w:eastAsia="BIZ UDゴシック" w:hAnsi="BIZ UDゴシック"/>
                <w:sz w:val="22"/>
              </w:rPr>
            </w:pPr>
          </w:p>
        </w:tc>
        <w:tc>
          <w:tcPr>
            <w:tcW w:w="1020"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39BA0340" w14:textId="77777777" w:rsidR="009F61E3" w:rsidRPr="00710AE9" w:rsidRDefault="009F61E3">
            <w:pPr>
              <w:rPr>
                <w:rFonts w:ascii="BIZ UDゴシック" w:eastAsia="BIZ UDゴシック" w:hAnsi="BIZ UDゴシック"/>
                <w:sz w:val="22"/>
              </w:rPr>
            </w:pPr>
          </w:p>
        </w:tc>
        <w:tc>
          <w:tcPr>
            <w:tcW w:w="7597"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vAlign w:val="center"/>
          </w:tcPr>
          <w:p w14:paraId="301B7B6D" w14:textId="77777777" w:rsidR="009F61E3" w:rsidRPr="00710AE9" w:rsidRDefault="00BE50CB">
            <w:pPr>
              <w:jc w:val="right"/>
              <w:rPr>
                <w:rFonts w:ascii="BIZ UDゴシック" w:eastAsia="BIZ UDゴシック" w:hAnsi="BIZ UDゴシック"/>
                <w:sz w:val="22"/>
              </w:rPr>
            </w:pPr>
            <w:r w:rsidRPr="00710AE9">
              <w:rPr>
                <w:rFonts w:ascii="BIZ UDゴシック" w:eastAsia="BIZ UDゴシック" w:hAnsi="BIZ UDゴシック"/>
                <w:sz w:val="22"/>
              </w:rPr>
              <w:t>以上</w:t>
            </w:r>
          </w:p>
        </w:tc>
      </w:tr>
    </w:tbl>
    <w:p w14:paraId="5A9CE9C8" w14:textId="635FD108" w:rsidR="009F61E3" w:rsidRDefault="00BE50CB" w:rsidP="00710AE9">
      <w:r>
        <w:br w:type="page"/>
      </w:r>
      <w:proofErr w:type="spellStart"/>
      <w:r>
        <w:rPr>
          <w:b/>
          <w:sz w:val="22"/>
        </w:rPr>
        <w:lastRenderedPageBreak/>
        <w:t>免許・資格</w:t>
      </w:r>
      <w:proofErr w:type="spellEnd"/>
    </w:p>
    <w:tbl>
      <w:tblPr>
        <w:tblW w:w="0" w:type="auto"/>
        <w:jc w:val="center"/>
        <w:tblLayout w:type="fixed"/>
        <w:tblLook w:val="04A0" w:firstRow="1" w:lastRow="0" w:firstColumn="1" w:lastColumn="0" w:noHBand="0" w:noVBand="1"/>
      </w:tblPr>
      <w:tblGrid>
        <w:gridCol w:w="9934"/>
      </w:tblGrid>
      <w:tr w:rsidR="007822D3" w14:paraId="1E5688B6" w14:textId="77777777" w:rsidTr="00710AE9">
        <w:trPr>
          <w:trHeight w:hRule="exact" w:val="1382"/>
          <w:jc w:val="center"/>
        </w:trPr>
        <w:tc>
          <w:tcPr>
            <w:tcW w:w="9934"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tcPr>
          <w:p w14:paraId="17E3EF0D" w14:textId="4975EF88" w:rsidR="00710AE9" w:rsidRPr="00710AE9" w:rsidRDefault="00710AE9">
            <w:pPr>
              <w:rPr>
                <w:rFonts w:ascii="BIZ UDゴシック" w:eastAsia="BIZ UDゴシック" w:hAnsi="BIZ UDゴシック"/>
                <w:sz w:val="22"/>
              </w:rPr>
            </w:pPr>
          </w:p>
        </w:tc>
      </w:tr>
    </w:tbl>
    <w:p w14:paraId="45493421" w14:textId="77777777" w:rsidR="009F61E3" w:rsidRDefault="009F61E3">
      <w:pPr>
        <w:spacing w:after="20"/>
      </w:pPr>
    </w:p>
    <w:p w14:paraId="5EF440A8" w14:textId="77777777" w:rsidR="00710AE9" w:rsidRDefault="00BE50CB">
      <w:pPr>
        <w:spacing w:after="40"/>
        <w:rPr>
          <w:rFonts w:eastAsiaTheme="minorEastAsia"/>
          <w:b/>
          <w:sz w:val="22"/>
          <w:lang w:eastAsia="ja-JP"/>
        </w:rPr>
      </w:pPr>
      <w:r>
        <w:rPr>
          <w:b/>
          <w:sz w:val="22"/>
          <w:lang w:eastAsia="ja-JP"/>
        </w:rPr>
        <w:t>少年の森の業務に生かせる経験・技能</w:t>
      </w:r>
    </w:p>
    <w:p w14:paraId="2461A830" w14:textId="270DFECA" w:rsidR="009F61E3" w:rsidRDefault="00710AE9" w:rsidP="00710AE9">
      <w:pPr>
        <w:spacing w:after="40"/>
        <w:ind w:firstLineChars="100" w:firstLine="170"/>
        <w:rPr>
          <w:lang w:eastAsia="ja-JP"/>
        </w:rPr>
      </w:pPr>
      <w:r>
        <w:rPr>
          <w:color w:val="7D7D7D"/>
          <w:sz w:val="17"/>
          <w:lang w:eastAsia="ja-JP"/>
        </w:rPr>
        <w:t>子ども・青少年との関わり、野外活動、接客、施設管理、安全管理、地域活動、チームでの業務等について、具体的に記入してください。</w:t>
      </w:r>
    </w:p>
    <w:tbl>
      <w:tblPr>
        <w:tblW w:w="0" w:type="auto"/>
        <w:jc w:val="center"/>
        <w:tblLayout w:type="fixed"/>
        <w:tblLook w:val="04A0" w:firstRow="1" w:lastRow="0" w:firstColumn="1" w:lastColumn="0" w:noHBand="0" w:noVBand="1"/>
      </w:tblPr>
      <w:tblGrid>
        <w:gridCol w:w="9864"/>
      </w:tblGrid>
      <w:tr w:rsidR="009F61E3" w14:paraId="6874ED7A" w14:textId="77777777">
        <w:trPr>
          <w:trHeight w:hRule="exact" w:val="2381"/>
          <w:jc w:val="center"/>
        </w:trPr>
        <w:tc>
          <w:tcPr>
            <w:tcW w:w="9864"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tcPr>
          <w:p w14:paraId="517DF6E1" w14:textId="176F8CCE" w:rsidR="009F61E3" w:rsidRPr="00710AE9" w:rsidRDefault="009F61E3">
            <w:pPr>
              <w:rPr>
                <w:rFonts w:ascii="BIZ UDゴシック" w:eastAsia="BIZ UDゴシック" w:hAnsi="BIZ UDゴシック"/>
                <w:sz w:val="22"/>
                <w:lang w:eastAsia="ja-JP"/>
              </w:rPr>
            </w:pPr>
          </w:p>
        </w:tc>
      </w:tr>
    </w:tbl>
    <w:p w14:paraId="68C7560E" w14:textId="77777777" w:rsidR="009F61E3" w:rsidRDefault="009F61E3">
      <w:pPr>
        <w:spacing w:after="20"/>
        <w:rPr>
          <w:lang w:eastAsia="ja-JP"/>
        </w:rPr>
      </w:pPr>
    </w:p>
    <w:p w14:paraId="48D3EA66" w14:textId="77777777" w:rsidR="00710AE9" w:rsidRDefault="00BE50CB">
      <w:pPr>
        <w:spacing w:after="40"/>
        <w:rPr>
          <w:rFonts w:eastAsiaTheme="minorEastAsia"/>
          <w:b/>
          <w:sz w:val="22"/>
          <w:lang w:eastAsia="ja-JP"/>
        </w:rPr>
      </w:pPr>
      <w:r>
        <w:rPr>
          <w:b/>
          <w:sz w:val="22"/>
          <w:lang w:eastAsia="ja-JP"/>
        </w:rPr>
        <w:t>志望動機</w:t>
      </w:r>
    </w:p>
    <w:p w14:paraId="423D5723" w14:textId="57876982" w:rsidR="009F61E3" w:rsidRDefault="00710AE9" w:rsidP="00710AE9">
      <w:pPr>
        <w:spacing w:after="40"/>
        <w:ind w:firstLineChars="100" w:firstLine="170"/>
        <w:rPr>
          <w:lang w:eastAsia="ja-JP"/>
        </w:rPr>
      </w:pPr>
      <w:r>
        <w:rPr>
          <w:color w:val="7D7D7D"/>
          <w:sz w:val="17"/>
          <w:lang w:eastAsia="ja-JP"/>
        </w:rPr>
        <w:t>少年の森で働くことを希望する理由と、職員として取り組みたいことを記入してください。</w:t>
      </w:r>
    </w:p>
    <w:tbl>
      <w:tblPr>
        <w:tblW w:w="0" w:type="auto"/>
        <w:jc w:val="center"/>
        <w:tblLayout w:type="fixed"/>
        <w:tblLook w:val="04A0" w:firstRow="1" w:lastRow="0" w:firstColumn="1" w:lastColumn="0" w:noHBand="0" w:noVBand="1"/>
      </w:tblPr>
      <w:tblGrid>
        <w:gridCol w:w="9864"/>
      </w:tblGrid>
      <w:tr w:rsidR="009F61E3" w14:paraId="5718E431" w14:textId="77777777">
        <w:trPr>
          <w:trHeight w:hRule="exact" w:val="2154"/>
          <w:jc w:val="center"/>
        </w:trPr>
        <w:tc>
          <w:tcPr>
            <w:tcW w:w="9864"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tcPr>
          <w:p w14:paraId="4644C3D0" w14:textId="5F442DF1" w:rsidR="009F61E3" w:rsidRPr="00710AE9" w:rsidRDefault="009F61E3">
            <w:pPr>
              <w:rPr>
                <w:rFonts w:ascii="BIZ UDゴシック" w:eastAsia="BIZ UDゴシック" w:hAnsi="BIZ UDゴシック"/>
                <w:sz w:val="22"/>
                <w:lang w:eastAsia="ja-JP"/>
              </w:rPr>
            </w:pPr>
          </w:p>
        </w:tc>
      </w:tr>
    </w:tbl>
    <w:p w14:paraId="70F71FA3" w14:textId="77777777" w:rsidR="009F61E3" w:rsidRDefault="009F61E3">
      <w:pPr>
        <w:spacing w:after="20"/>
        <w:rPr>
          <w:lang w:eastAsia="ja-JP"/>
        </w:rPr>
      </w:pPr>
    </w:p>
    <w:p w14:paraId="30D85348" w14:textId="77777777" w:rsidR="00710AE9" w:rsidRDefault="00BE50CB">
      <w:pPr>
        <w:spacing w:after="40"/>
        <w:rPr>
          <w:b/>
          <w:sz w:val="22"/>
          <w:lang w:eastAsia="ja-JP"/>
        </w:rPr>
      </w:pPr>
      <w:r>
        <w:rPr>
          <w:b/>
          <w:sz w:val="22"/>
          <w:lang w:eastAsia="ja-JP"/>
        </w:rPr>
        <w:t>自己</w:t>
      </w:r>
      <w:r>
        <w:rPr>
          <w:b/>
          <w:sz w:val="22"/>
          <w:lang w:eastAsia="ja-JP"/>
        </w:rPr>
        <w:t>PR</w:t>
      </w:r>
    </w:p>
    <w:p w14:paraId="5385A95F" w14:textId="7F45B908" w:rsidR="009F61E3" w:rsidRDefault="00710AE9" w:rsidP="00710AE9">
      <w:pPr>
        <w:spacing w:after="40"/>
        <w:ind w:firstLineChars="100" w:firstLine="170"/>
        <w:rPr>
          <w:lang w:eastAsia="ja-JP"/>
        </w:rPr>
      </w:pPr>
      <w:r>
        <w:rPr>
          <w:color w:val="7D7D7D"/>
          <w:sz w:val="17"/>
          <w:lang w:eastAsia="ja-JP"/>
        </w:rPr>
        <w:t>あなたの強み、仕事をする上で大切にしていること等を記入してください。</w:t>
      </w:r>
    </w:p>
    <w:tbl>
      <w:tblPr>
        <w:tblW w:w="0" w:type="auto"/>
        <w:jc w:val="center"/>
        <w:tblLayout w:type="fixed"/>
        <w:tblLook w:val="04A0" w:firstRow="1" w:lastRow="0" w:firstColumn="1" w:lastColumn="0" w:noHBand="0" w:noVBand="1"/>
      </w:tblPr>
      <w:tblGrid>
        <w:gridCol w:w="9864"/>
      </w:tblGrid>
      <w:tr w:rsidR="009F61E3" w14:paraId="56080E08" w14:textId="77777777">
        <w:trPr>
          <w:trHeight w:hRule="exact" w:val="1757"/>
          <w:jc w:val="center"/>
        </w:trPr>
        <w:tc>
          <w:tcPr>
            <w:tcW w:w="9864"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tcPr>
          <w:p w14:paraId="49BF96C6" w14:textId="0E88B393" w:rsidR="009F61E3" w:rsidRPr="00710AE9" w:rsidRDefault="009F61E3">
            <w:pPr>
              <w:rPr>
                <w:rFonts w:ascii="BIZ UDゴシック" w:eastAsia="BIZ UDゴシック" w:hAnsi="BIZ UDゴシック"/>
                <w:sz w:val="22"/>
                <w:lang w:eastAsia="ja-JP"/>
              </w:rPr>
            </w:pPr>
          </w:p>
        </w:tc>
      </w:tr>
    </w:tbl>
    <w:p w14:paraId="0E0F3C86" w14:textId="77777777" w:rsidR="009F61E3" w:rsidRDefault="009F61E3">
      <w:pPr>
        <w:spacing w:after="20"/>
        <w:rPr>
          <w:lang w:eastAsia="ja-JP"/>
        </w:rPr>
      </w:pPr>
    </w:p>
    <w:p w14:paraId="55A0F040" w14:textId="77777777" w:rsidR="00710AE9" w:rsidRDefault="00BE50CB">
      <w:pPr>
        <w:spacing w:after="40"/>
        <w:rPr>
          <w:rFonts w:eastAsiaTheme="minorEastAsia"/>
          <w:b/>
          <w:sz w:val="22"/>
          <w:lang w:eastAsia="ja-JP"/>
        </w:rPr>
      </w:pPr>
      <w:r>
        <w:rPr>
          <w:b/>
          <w:sz w:val="22"/>
          <w:lang w:eastAsia="ja-JP"/>
        </w:rPr>
        <w:t>勤務条件等に関する希望（任意）</w:t>
      </w:r>
    </w:p>
    <w:p w14:paraId="79919E91" w14:textId="22BA06BB" w:rsidR="009F61E3" w:rsidRDefault="00710AE9" w:rsidP="00710AE9">
      <w:pPr>
        <w:spacing w:after="40"/>
        <w:ind w:firstLineChars="100" w:firstLine="170"/>
        <w:rPr>
          <w:lang w:eastAsia="ja-JP"/>
        </w:rPr>
      </w:pPr>
      <w:r>
        <w:rPr>
          <w:color w:val="7D7D7D"/>
          <w:sz w:val="17"/>
          <w:lang w:eastAsia="ja-JP"/>
        </w:rPr>
        <w:t>事前に伝えておきたい事項がある場合に記入してください。</w:t>
      </w:r>
    </w:p>
    <w:tbl>
      <w:tblPr>
        <w:tblW w:w="0" w:type="auto"/>
        <w:jc w:val="center"/>
        <w:tblLayout w:type="fixed"/>
        <w:tblLook w:val="04A0" w:firstRow="1" w:lastRow="0" w:firstColumn="1" w:lastColumn="0" w:noHBand="0" w:noVBand="1"/>
      </w:tblPr>
      <w:tblGrid>
        <w:gridCol w:w="9864"/>
      </w:tblGrid>
      <w:tr w:rsidR="009F61E3" w14:paraId="7596E727" w14:textId="77777777" w:rsidTr="007822D3">
        <w:trPr>
          <w:trHeight w:hRule="exact" w:val="756"/>
          <w:jc w:val="center"/>
        </w:trPr>
        <w:tc>
          <w:tcPr>
            <w:tcW w:w="9864" w:type="dxa"/>
            <w:tcBorders>
              <w:top w:val="single" w:sz="8" w:space="0" w:color="666666"/>
              <w:left w:val="single" w:sz="8" w:space="0" w:color="666666"/>
              <w:bottom w:val="single" w:sz="8" w:space="0" w:color="666666"/>
              <w:right w:val="single" w:sz="8" w:space="0" w:color="666666"/>
            </w:tcBorders>
            <w:tcMar>
              <w:top w:w="80" w:type="dxa"/>
              <w:left w:w="100" w:type="dxa"/>
              <w:bottom w:w="80" w:type="dxa"/>
              <w:right w:w="100" w:type="dxa"/>
            </w:tcMar>
          </w:tcPr>
          <w:p w14:paraId="627D223A" w14:textId="5CF32410" w:rsidR="009F61E3" w:rsidRPr="00710AE9" w:rsidRDefault="009F61E3">
            <w:pPr>
              <w:rPr>
                <w:rFonts w:ascii="BIZ UDゴシック" w:eastAsia="BIZ UDゴシック" w:hAnsi="BIZ UDゴシック" w:hint="eastAsia"/>
                <w:sz w:val="22"/>
                <w:lang w:eastAsia="ja-JP"/>
              </w:rPr>
            </w:pPr>
          </w:p>
        </w:tc>
      </w:tr>
    </w:tbl>
    <w:p w14:paraId="6E60AAFE" w14:textId="77777777" w:rsidR="007822D3" w:rsidRDefault="007822D3" w:rsidP="007822D3">
      <w:pPr>
        <w:spacing w:after="40"/>
        <w:rPr>
          <w:rFonts w:ascii="ＭＳ 明朝" w:eastAsia="ＭＳ 明朝" w:hAnsi="ＭＳ 明朝" w:cs="ＭＳ 明朝"/>
          <w:sz w:val="19"/>
          <w:lang w:eastAsia="ja-JP"/>
        </w:rPr>
      </w:pPr>
    </w:p>
    <w:p w14:paraId="2CEC54F9" w14:textId="3ABC15AF" w:rsidR="007822D3" w:rsidRDefault="007822D3" w:rsidP="007822D3">
      <w:pPr>
        <w:spacing w:after="40"/>
        <w:rPr>
          <w:rFonts w:ascii="ＭＳ 明朝" w:eastAsia="ＭＳ 明朝" w:hAnsi="ＭＳ 明朝" w:cs="ＭＳ 明朝"/>
          <w:b/>
          <w:sz w:val="22"/>
          <w:lang w:eastAsia="ja-JP"/>
        </w:rPr>
      </w:pPr>
      <w:r>
        <w:rPr>
          <w:rFonts w:ascii="ＭＳ 明朝" w:eastAsia="ＭＳ 明朝" w:hAnsi="ＭＳ 明朝" w:cs="ＭＳ 明朝" w:hint="eastAsia"/>
          <w:b/>
          <w:sz w:val="22"/>
          <w:lang w:eastAsia="ja-JP"/>
        </w:rPr>
        <w:t>確認事項</w:t>
      </w:r>
      <w:r w:rsidR="00710AE9">
        <w:rPr>
          <w:rFonts w:ascii="ＭＳ 明朝" w:eastAsia="ＭＳ 明朝" w:hAnsi="ＭＳ 明朝" w:cs="ＭＳ 明朝" w:hint="eastAsia"/>
          <w:b/>
          <w:sz w:val="22"/>
          <w:lang w:eastAsia="ja-JP"/>
        </w:rPr>
        <w:t>（□に✓をしてください）</w:t>
      </w:r>
    </w:p>
    <w:p w14:paraId="49A53B72" w14:textId="38B06ADF" w:rsidR="007822D3" w:rsidRPr="007822D3" w:rsidRDefault="007822D3" w:rsidP="007822D3">
      <w:pPr>
        <w:spacing w:after="40"/>
        <w:ind w:firstLineChars="100" w:firstLine="190"/>
        <w:rPr>
          <w:rFonts w:eastAsiaTheme="minorEastAsia" w:hint="eastAsia"/>
          <w:lang w:eastAsia="ja-JP"/>
        </w:rPr>
      </w:pPr>
      <w:r w:rsidRPr="007822D3">
        <w:rPr>
          <w:rFonts w:ascii="ＭＳ 明朝" w:eastAsia="ＭＳ 明朝" w:hAnsi="ＭＳ 明朝" w:cs="ＭＳ 明朝" w:hint="eastAsia"/>
          <w:sz w:val="19"/>
          <w:lang w:eastAsia="ja-JP"/>
        </w:rPr>
        <w:t>私は、公益財団法人藤沢市みらい創造財団職員採用試験を受験するにあたり</w:t>
      </w:r>
      <w:r>
        <w:rPr>
          <w:rFonts w:ascii="ＭＳ 明朝" w:eastAsia="ＭＳ 明朝" w:hAnsi="ＭＳ 明朝" w:cs="ＭＳ 明朝" w:hint="eastAsia"/>
          <w:sz w:val="19"/>
          <w:lang w:eastAsia="ja-JP"/>
        </w:rPr>
        <w:t>次の事項を確認しました</w:t>
      </w:r>
    </w:p>
    <w:tbl>
      <w:tblPr>
        <w:tblStyle w:val="afe"/>
        <w:tblW w:w="0" w:type="auto"/>
        <w:tblInd w:w="534" w:type="dxa"/>
        <w:tblLook w:val="04A0" w:firstRow="1" w:lastRow="0" w:firstColumn="1" w:lastColumn="0" w:noHBand="0" w:noVBand="1"/>
      </w:tblPr>
      <w:tblGrid>
        <w:gridCol w:w="840"/>
        <w:gridCol w:w="9162"/>
      </w:tblGrid>
      <w:tr w:rsidR="007822D3" w14:paraId="28246430" w14:textId="77777777" w:rsidTr="00710AE9">
        <w:tc>
          <w:tcPr>
            <w:tcW w:w="850" w:type="dxa"/>
          </w:tcPr>
          <w:p w14:paraId="6D07397E" w14:textId="4B681F2B" w:rsidR="007822D3" w:rsidRPr="00710AE9" w:rsidRDefault="00710AE9">
            <w:pPr>
              <w:spacing w:before="60"/>
              <w:rPr>
                <w:rFonts w:ascii="BIZ UDゴシック" w:eastAsia="BIZ UDゴシック" w:hAnsi="BIZ UDゴシック" w:cs="ＭＳ 明朝" w:hint="eastAsia"/>
                <w:sz w:val="22"/>
                <w:lang w:eastAsia="ja-JP"/>
              </w:rPr>
            </w:pPr>
            <w:r>
              <w:rPr>
                <w:rFonts w:ascii="BIZ UDゴシック" w:eastAsia="BIZ UDゴシック" w:hAnsi="BIZ UDゴシック" w:cs="ＭＳ 明朝" w:hint="eastAsia"/>
                <w:sz w:val="22"/>
                <w:lang w:eastAsia="ja-JP"/>
              </w:rPr>
              <w:t>□</w:t>
            </w:r>
          </w:p>
        </w:tc>
        <w:tc>
          <w:tcPr>
            <w:tcW w:w="9360" w:type="dxa"/>
          </w:tcPr>
          <w:p w14:paraId="49359866" w14:textId="7C89843E" w:rsidR="007822D3" w:rsidRPr="00710AE9" w:rsidRDefault="00710AE9">
            <w:pPr>
              <w:spacing w:before="60"/>
              <w:rPr>
                <w:rFonts w:ascii="BIZ UDゴシック" w:eastAsia="BIZ UDゴシック" w:hAnsi="BIZ UDゴシック" w:cs="ＭＳ 明朝" w:hint="eastAsia"/>
                <w:sz w:val="22"/>
                <w:lang w:eastAsia="ja-JP"/>
              </w:rPr>
            </w:pPr>
            <w:r w:rsidRPr="00710AE9">
              <w:rPr>
                <w:rFonts w:ascii="BIZ UDゴシック" w:eastAsia="BIZ UDゴシック" w:hAnsi="BIZ UDゴシック" w:cs="ＭＳ 明朝" w:hint="eastAsia"/>
                <w:sz w:val="22"/>
                <w:lang w:eastAsia="ja-JP"/>
              </w:rPr>
              <w:t>受験資格を満たして</w:t>
            </w:r>
            <w:r>
              <w:rPr>
                <w:rFonts w:ascii="BIZ UDゴシック" w:eastAsia="BIZ UDゴシック" w:hAnsi="BIZ UDゴシック" w:cs="ＭＳ 明朝" w:hint="eastAsia"/>
                <w:sz w:val="22"/>
                <w:lang w:eastAsia="ja-JP"/>
              </w:rPr>
              <w:t>います</w:t>
            </w:r>
          </w:p>
        </w:tc>
      </w:tr>
      <w:tr w:rsidR="007822D3" w14:paraId="3CDD9846" w14:textId="77777777" w:rsidTr="00710AE9">
        <w:tc>
          <w:tcPr>
            <w:tcW w:w="850" w:type="dxa"/>
          </w:tcPr>
          <w:p w14:paraId="1D3FE08D" w14:textId="4674EDD0" w:rsidR="007822D3" w:rsidRPr="00710AE9" w:rsidRDefault="00710AE9">
            <w:pPr>
              <w:spacing w:before="60"/>
              <w:rPr>
                <w:rFonts w:ascii="BIZ UDゴシック" w:eastAsia="BIZ UDゴシック" w:hAnsi="BIZ UDゴシック" w:cs="ＭＳ 明朝" w:hint="eastAsia"/>
                <w:sz w:val="22"/>
                <w:lang w:eastAsia="ja-JP"/>
              </w:rPr>
            </w:pPr>
            <w:r>
              <w:rPr>
                <w:rFonts w:ascii="BIZ UDゴシック" w:eastAsia="BIZ UDゴシック" w:hAnsi="BIZ UDゴシック" w:cs="ＭＳ 明朝" w:hint="eastAsia"/>
                <w:sz w:val="22"/>
                <w:lang w:eastAsia="ja-JP"/>
              </w:rPr>
              <w:t>□</w:t>
            </w:r>
          </w:p>
        </w:tc>
        <w:tc>
          <w:tcPr>
            <w:tcW w:w="9360" w:type="dxa"/>
          </w:tcPr>
          <w:p w14:paraId="36963E37" w14:textId="7CFFD54B" w:rsidR="007822D3" w:rsidRPr="00710AE9" w:rsidRDefault="00710AE9">
            <w:pPr>
              <w:spacing w:before="60"/>
              <w:rPr>
                <w:rFonts w:ascii="BIZ UDゴシック" w:eastAsia="BIZ UDゴシック" w:hAnsi="BIZ UDゴシック" w:cs="ＭＳ 明朝" w:hint="eastAsia"/>
                <w:sz w:val="22"/>
                <w:lang w:eastAsia="ja-JP"/>
              </w:rPr>
            </w:pPr>
            <w:r w:rsidRPr="00710AE9">
              <w:rPr>
                <w:rFonts w:ascii="BIZ UDゴシック" w:eastAsia="BIZ UDゴシック" w:hAnsi="BIZ UDゴシック" w:cs="ＭＳ 明朝" w:hint="eastAsia"/>
                <w:sz w:val="22"/>
                <w:lang w:eastAsia="ja-JP"/>
              </w:rPr>
              <w:t>受験案内</w:t>
            </w:r>
            <w:r w:rsidRPr="00710AE9">
              <w:rPr>
                <w:rFonts w:ascii="BIZ UDゴシック" w:eastAsia="BIZ UDゴシック" w:hAnsi="BIZ UDゴシック" w:cs="ＭＳ 明朝"/>
                <w:sz w:val="22"/>
                <w:lang w:eastAsia="ja-JP"/>
              </w:rPr>
              <w:t>9</w:t>
            </w:r>
            <w:r w:rsidRPr="00710AE9">
              <w:rPr>
                <w:rFonts w:ascii="BIZ UDゴシック" w:eastAsia="BIZ UDゴシック" w:hAnsi="BIZ UDゴシック" w:cs="ＭＳ 明朝" w:hint="eastAsia"/>
                <w:sz w:val="22"/>
                <w:lang w:eastAsia="ja-JP"/>
              </w:rPr>
              <w:t>（</w:t>
            </w:r>
            <w:r w:rsidRPr="00710AE9">
              <w:rPr>
                <w:rFonts w:ascii="BIZ UDゴシック" w:eastAsia="BIZ UDゴシック" w:hAnsi="BIZ UDゴシック" w:cs="ＭＳ 明朝"/>
                <w:sz w:val="22"/>
                <w:lang w:eastAsia="ja-JP"/>
              </w:rPr>
              <w:t>6</w:t>
            </w:r>
            <w:r w:rsidRPr="00710AE9">
              <w:rPr>
                <w:rFonts w:ascii="BIZ UDゴシック" w:eastAsia="BIZ UDゴシック" w:hAnsi="BIZ UDゴシック" w:cs="ＭＳ 明朝" w:hint="eastAsia"/>
                <w:sz w:val="22"/>
                <w:lang w:eastAsia="ja-JP"/>
              </w:rPr>
              <w:t>）に記載されている事項に該当するものはありません</w:t>
            </w:r>
          </w:p>
        </w:tc>
      </w:tr>
      <w:tr w:rsidR="007822D3" w14:paraId="459BC337" w14:textId="77777777" w:rsidTr="00710AE9">
        <w:tc>
          <w:tcPr>
            <w:tcW w:w="850" w:type="dxa"/>
          </w:tcPr>
          <w:p w14:paraId="172444D4" w14:textId="2E39917E" w:rsidR="007822D3" w:rsidRPr="00710AE9" w:rsidRDefault="00710AE9">
            <w:pPr>
              <w:spacing w:before="60"/>
              <w:rPr>
                <w:rFonts w:ascii="BIZ UDゴシック" w:eastAsia="BIZ UDゴシック" w:hAnsi="BIZ UDゴシック" w:cs="ＭＳ 明朝" w:hint="eastAsia"/>
                <w:sz w:val="22"/>
                <w:lang w:eastAsia="ja-JP"/>
              </w:rPr>
            </w:pPr>
            <w:r>
              <w:rPr>
                <w:rFonts w:ascii="BIZ UDゴシック" w:eastAsia="BIZ UDゴシック" w:hAnsi="BIZ UDゴシック" w:cs="ＭＳ 明朝" w:hint="eastAsia"/>
                <w:sz w:val="22"/>
                <w:lang w:eastAsia="ja-JP"/>
              </w:rPr>
              <w:t>□</w:t>
            </w:r>
          </w:p>
        </w:tc>
        <w:tc>
          <w:tcPr>
            <w:tcW w:w="9360" w:type="dxa"/>
          </w:tcPr>
          <w:p w14:paraId="6571461D" w14:textId="53FAAD99" w:rsidR="007822D3" w:rsidRPr="00710AE9" w:rsidRDefault="00710AE9">
            <w:pPr>
              <w:spacing w:before="60"/>
              <w:rPr>
                <w:rFonts w:ascii="BIZ UDゴシック" w:eastAsia="BIZ UDゴシック" w:hAnsi="BIZ UDゴシック" w:cs="ＭＳ 明朝" w:hint="eastAsia"/>
                <w:sz w:val="22"/>
                <w:lang w:eastAsia="ja-JP"/>
              </w:rPr>
            </w:pPr>
            <w:r w:rsidRPr="00710AE9">
              <w:rPr>
                <w:rFonts w:ascii="BIZ UDゴシック" w:eastAsia="BIZ UDゴシック" w:hAnsi="BIZ UDゴシック" w:cs="ＭＳ 明朝" w:hint="eastAsia"/>
                <w:sz w:val="22"/>
                <w:lang w:eastAsia="ja-JP"/>
              </w:rPr>
              <w:t>この申込書に記載した事項について</w:t>
            </w:r>
            <w:r>
              <w:rPr>
                <w:rFonts w:ascii="BIZ UDゴシック" w:eastAsia="BIZ UDゴシック" w:hAnsi="BIZ UDゴシック" w:cs="ＭＳ 明朝" w:hint="eastAsia"/>
                <w:sz w:val="22"/>
                <w:lang w:eastAsia="ja-JP"/>
              </w:rPr>
              <w:t>、</w:t>
            </w:r>
            <w:r w:rsidRPr="00710AE9">
              <w:rPr>
                <w:rFonts w:ascii="BIZ UDゴシック" w:eastAsia="BIZ UDゴシック" w:hAnsi="BIZ UDゴシック" w:cs="ＭＳ 明朝" w:hint="eastAsia"/>
                <w:sz w:val="22"/>
                <w:lang w:eastAsia="ja-JP"/>
              </w:rPr>
              <w:t>すべて事実に相違ありません</w:t>
            </w:r>
          </w:p>
        </w:tc>
      </w:tr>
    </w:tbl>
    <w:p w14:paraId="392ECC70" w14:textId="6300AFEC" w:rsidR="009F61E3" w:rsidRPr="007822D3" w:rsidRDefault="009F61E3">
      <w:pPr>
        <w:spacing w:before="60"/>
        <w:rPr>
          <w:rFonts w:eastAsiaTheme="minorEastAsia" w:hint="eastAsia"/>
          <w:lang w:eastAsia="ja-JP"/>
        </w:rPr>
      </w:pPr>
    </w:p>
    <w:sectPr w:rsidR="009F61E3" w:rsidRPr="007822D3" w:rsidSect="00034616">
      <w:headerReference w:type="default" r:id="rId8"/>
      <w:footerReference w:type="default" r:id="rId9"/>
      <w:pgSz w:w="11906" w:h="16838"/>
      <w:pgMar w:top="624" w:right="680" w:bottom="624" w:left="68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B1781" w14:textId="77777777" w:rsidR="00000000" w:rsidRDefault="00BE50CB">
      <w:r>
        <w:separator/>
      </w:r>
    </w:p>
  </w:endnote>
  <w:endnote w:type="continuationSeparator" w:id="0">
    <w:p w14:paraId="5D459118" w14:textId="77777777" w:rsidR="00000000" w:rsidRDefault="00BE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ans CJK JP">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E8965" w14:textId="77777777" w:rsidR="009F61E3" w:rsidRDefault="00BE50CB">
    <w:pPr>
      <w:pStyle w:val="a7"/>
      <w:tabs>
        <w:tab w:val="right" w:pos="10205"/>
      </w:tabs>
      <w:jc w:val="right"/>
    </w:pPr>
    <w:r>
      <w:rPr>
        <w:color w:val="5A5A5A"/>
        <w:sz w:val="16"/>
        <w:lang w:eastAsia="ja-JP"/>
      </w:rPr>
      <w:t>本様式に記載された個人情報は、採用選考及び採用後の手続に必要な範囲で使用します。</w:t>
    </w:r>
    <w:r>
      <w:rPr>
        <w:lang w:eastAsia="ja-JP"/>
      </w:rPr>
      <w:tab/>
    </w:r>
    <w:proofErr w:type="spellStart"/>
    <w:r>
      <w:rPr>
        <w:sz w:val="17"/>
      </w:rPr>
      <w:t>ページ</w:t>
    </w:r>
    <w:proofErr w:type="spellEnd"/>
    <w:r>
      <w:rPr>
        <w:sz w:val="17"/>
      </w:rPr>
      <w:t xml:space="preserve"> </w:t>
    </w:r>
    <w:r>
      <w:rPr>
        <w:sz w:val="17"/>
      </w:rPr>
      <w:fldChar w:fldCharType="begin"/>
    </w:r>
    <w:r>
      <w:rPr>
        <w:sz w:val="17"/>
      </w:rPr>
      <w:instrText>PAGE</w:instrText>
    </w:r>
    <w:r w:rsidR="007822D3">
      <w:rPr>
        <w:sz w:val="17"/>
      </w:rPr>
      <w:fldChar w:fldCharType="separate"/>
    </w:r>
    <w:r w:rsidR="007822D3">
      <w:rPr>
        <w:noProof/>
        <w:sz w:val="17"/>
      </w:rPr>
      <w:t>1</w:t>
    </w:r>
    <w:r>
      <w:rPr>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5B589" w14:textId="77777777" w:rsidR="00000000" w:rsidRDefault="00BE50CB">
      <w:r>
        <w:separator/>
      </w:r>
    </w:p>
  </w:footnote>
  <w:footnote w:type="continuationSeparator" w:id="0">
    <w:p w14:paraId="07182CFF" w14:textId="77777777" w:rsidR="00000000" w:rsidRDefault="00BE5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A7F" w14:textId="5C1A6AE5" w:rsidR="009F61E3" w:rsidRPr="007822D3" w:rsidRDefault="009F61E3">
    <w:pPr>
      <w:pStyle w:val="a5"/>
      <w:jc w:val="right"/>
      <w:rPr>
        <w:rFonts w:eastAsiaTheme="minorEastAsia" w:hint="eastAsia"/>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10AE9"/>
    <w:rsid w:val="007822D3"/>
    <w:rsid w:val="009F61E3"/>
    <w:rsid w:val="00AA1D8D"/>
    <w:rsid w:val="00B47730"/>
    <w:rsid w:val="00BE50C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58CF0DC3"/>
  <w14:defaultImageDpi w14:val="300"/>
  <w15:docId w15:val="{E98F3D3A-5931-4B99-8010-5C1C49ED8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pPr>
    <w:rPr>
      <w:rFonts w:ascii="Noto Sans CJK JP" w:eastAsia="Noto Sans CJK JP" w:hAnsi="Noto Sans CJK JP"/>
      <w:sz w:val="21"/>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106</Words>
  <Characters>609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藤沢市少年の森 職員採用選考 履歴書</vt:lpstr>
      <vt:lpstr/>
    </vt:vector>
  </TitlesOfParts>
  <Manager/>
  <Company/>
  <LinksUpToDate>false</LinksUpToDate>
  <CharactersWithSpaces>714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藤沢市少年の森 職員採用選考 履歴書</dc:title>
  <dc:subject>採用選考用履歴書</dc:subject>
  <dc:creator>公益財団法人藤沢市みらい創造財団</dc:creator>
  <cp:keywords/>
  <dc:description>generated by python-docx</dc:description>
  <cp:lastModifiedBy>加藤 孝之</cp:lastModifiedBy>
  <cp:revision>2</cp:revision>
  <dcterms:created xsi:type="dcterms:W3CDTF">2026-07-21T07:02:00Z</dcterms:created>
  <dcterms:modified xsi:type="dcterms:W3CDTF">2026-07-21T07:02:00Z</dcterms:modified>
  <cp:category/>
</cp:coreProperties>
</file>