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F5A4F" w14:textId="77777777" w:rsidR="00176A55" w:rsidRDefault="00006B4F">
      <w:pPr>
        <w:spacing w:after="100"/>
        <w:jc w:val="center"/>
      </w:pPr>
      <w:r>
        <w:rPr>
          <w:b/>
          <w:sz w:val="36"/>
        </w:rPr>
        <w:t>事</w:t>
      </w:r>
      <w:r>
        <w:rPr>
          <w:b/>
          <w:sz w:val="36"/>
        </w:rPr>
        <w:t xml:space="preserve"> </w:t>
      </w:r>
      <w:r>
        <w:rPr>
          <w:b/>
          <w:sz w:val="36"/>
        </w:rPr>
        <w:t>前</w:t>
      </w:r>
      <w:r>
        <w:rPr>
          <w:b/>
          <w:sz w:val="36"/>
        </w:rPr>
        <w:t xml:space="preserve"> </w:t>
      </w:r>
      <w:r>
        <w:rPr>
          <w:b/>
          <w:sz w:val="36"/>
        </w:rPr>
        <w:t>提</w:t>
      </w:r>
      <w:r>
        <w:rPr>
          <w:b/>
          <w:sz w:val="36"/>
        </w:rPr>
        <w:t xml:space="preserve"> </w:t>
      </w:r>
      <w:r>
        <w:rPr>
          <w:b/>
          <w:sz w:val="36"/>
        </w:rPr>
        <w:t>出</w:t>
      </w:r>
      <w:r>
        <w:rPr>
          <w:b/>
          <w:sz w:val="36"/>
        </w:rPr>
        <w:t xml:space="preserve"> </w:t>
      </w:r>
      <w:r>
        <w:rPr>
          <w:b/>
          <w:sz w:val="36"/>
        </w:rPr>
        <w:t>作</w:t>
      </w:r>
      <w:r>
        <w:rPr>
          <w:b/>
          <w:sz w:val="36"/>
        </w:rPr>
        <w:t xml:space="preserve"> </w:t>
      </w:r>
      <w:r>
        <w:rPr>
          <w:b/>
          <w:sz w:val="36"/>
        </w:rPr>
        <w:t>文</w:t>
      </w:r>
      <w:r>
        <w:rPr>
          <w:b/>
          <w:sz w:val="36"/>
        </w:rPr>
        <w:t xml:space="preserve"> </w:t>
      </w:r>
      <w:r>
        <w:rPr>
          <w:b/>
          <w:sz w:val="36"/>
        </w:rPr>
        <w:t>用</w:t>
      </w:r>
      <w:r>
        <w:rPr>
          <w:b/>
          <w:sz w:val="36"/>
        </w:rPr>
        <w:t xml:space="preserve"> </w:t>
      </w:r>
      <w:r>
        <w:rPr>
          <w:b/>
          <w:sz w:val="36"/>
        </w:rPr>
        <w:t>紙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17"/>
        <w:gridCol w:w="3402"/>
        <w:gridCol w:w="1417"/>
        <w:gridCol w:w="3628"/>
      </w:tblGrid>
      <w:tr w:rsidR="00176A55" w14:paraId="577356A7" w14:textId="77777777">
        <w:trPr>
          <w:trHeight w:hRule="exact" w:val="680"/>
          <w:jc w:val="center"/>
        </w:trPr>
        <w:tc>
          <w:tcPr>
            <w:tcW w:w="1417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E84EAE" w14:textId="77777777" w:rsidR="00176A55" w:rsidRDefault="00006B4F">
            <w:r>
              <w:rPr>
                <w:b/>
                <w:sz w:val="20"/>
              </w:rPr>
              <w:t>受験番号</w:t>
            </w:r>
          </w:p>
        </w:tc>
        <w:tc>
          <w:tcPr>
            <w:tcW w:w="340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1F5C13" w14:textId="77777777" w:rsidR="00176A55" w:rsidRDefault="00006B4F">
            <w:r>
              <w:rPr>
                <w:color w:val="828282"/>
                <w:sz w:val="17"/>
              </w:rPr>
              <w:t>※</w:t>
            </w:r>
            <w:r>
              <w:rPr>
                <w:color w:val="828282"/>
                <w:sz w:val="17"/>
              </w:rPr>
              <w:t>採用担当記入欄</w:t>
            </w:r>
          </w:p>
        </w:tc>
        <w:tc>
          <w:tcPr>
            <w:tcW w:w="1417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1C3032" w14:textId="77777777" w:rsidR="00176A55" w:rsidRDefault="00006B4F">
            <w:r>
              <w:rPr>
                <w:b/>
                <w:sz w:val="20"/>
              </w:rPr>
              <w:t>氏名</w:t>
            </w:r>
          </w:p>
        </w:tc>
        <w:tc>
          <w:tcPr>
            <w:tcW w:w="362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71F290" w14:textId="77777777" w:rsidR="00176A55" w:rsidRDefault="00176A55"/>
        </w:tc>
      </w:tr>
      <w:tr w:rsidR="00176A55" w14:paraId="1FAC64E0" w14:textId="77777777">
        <w:trPr>
          <w:trHeight w:hRule="exact" w:val="680"/>
          <w:jc w:val="center"/>
        </w:trPr>
        <w:tc>
          <w:tcPr>
            <w:tcW w:w="1417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D0246C" w14:textId="77777777" w:rsidR="00176A55" w:rsidRDefault="00006B4F">
            <w:r>
              <w:rPr>
                <w:b/>
                <w:sz w:val="20"/>
              </w:rPr>
              <w:t>作文題名</w:t>
            </w:r>
          </w:p>
        </w:tc>
        <w:tc>
          <w:tcPr>
            <w:tcW w:w="340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1248AF" w14:textId="77777777" w:rsidR="00176A55" w:rsidRDefault="00176A55"/>
        </w:tc>
        <w:tc>
          <w:tcPr>
            <w:tcW w:w="1417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7B2861" w14:textId="77777777" w:rsidR="00176A55" w:rsidRDefault="00006B4F">
            <w:r>
              <w:rPr>
                <w:b/>
                <w:sz w:val="20"/>
              </w:rPr>
              <w:t>本文文字数</w:t>
            </w:r>
          </w:p>
        </w:tc>
        <w:tc>
          <w:tcPr>
            <w:tcW w:w="362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C90408" w14:textId="77777777" w:rsidR="00176A55" w:rsidRDefault="00006B4F">
            <w:pPr>
              <w:jc w:val="right"/>
            </w:pPr>
            <w:r>
              <w:rPr>
                <w:sz w:val="20"/>
              </w:rPr>
              <w:t xml:space="preserve">　　　　　　字</w:t>
            </w:r>
          </w:p>
        </w:tc>
      </w:tr>
    </w:tbl>
    <w:p w14:paraId="33A6A12B" w14:textId="77777777" w:rsidR="00176A55" w:rsidRDefault="00176A55">
      <w:pPr>
        <w:spacing w:after="40"/>
      </w:pPr>
    </w:p>
    <w:p w14:paraId="1A81C684" w14:textId="77777777" w:rsidR="00176A55" w:rsidRDefault="00006B4F">
      <w:pPr>
        <w:spacing w:after="40"/>
      </w:pPr>
      <w:r>
        <w:rPr>
          <w:b/>
          <w:sz w:val="22"/>
        </w:rPr>
        <w:t>作文テーマ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4"/>
      </w:tblGrid>
      <w:tr w:rsidR="00176A55" w14:paraId="219D4E5E" w14:textId="77777777">
        <w:trPr>
          <w:jc w:val="center"/>
        </w:trPr>
        <w:tc>
          <w:tcPr>
            <w:tcW w:w="9864" w:type="dxa"/>
            <w:tcBorders>
              <w:top w:val="single" w:sz="10" w:space="0" w:color="3F4F5F"/>
              <w:left w:val="single" w:sz="10" w:space="0" w:color="3F4F5F"/>
              <w:bottom w:val="single" w:sz="10" w:space="0" w:color="3F4F5F"/>
              <w:right w:val="single" w:sz="10" w:space="0" w:color="3F4F5F"/>
            </w:tcBorders>
            <w:shd w:val="clear" w:color="auto" w:fill="EAF0F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A96BE6" w14:textId="77777777" w:rsidR="00176A55" w:rsidRDefault="00006B4F">
            <w:r>
              <w:rPr>
                <w:b/>
                <w:lang w:eastAsia="ja-JP"/>
              </w:rPr>
              <w:t>「少年の森の職員として、子どもをはじめとする利用者が、自然の中で安全に、主体的に活動できる環境をつくるために、あなたが大切にしたいことを、これまでの経験や具体的な取組を交えて述べてください。</w:t>
            </w:r>
            <w:r>
              <w:rPr>
                <w:b/>
              </w:rPr>
              <w:t>」</w:t>
            </w:r>
          </w:p>
        </w:tc>
      </w:tr>
    </w:tbl>
    <w:p w14:paraId="2AD430B6" w14:textId="77777777" w:rsidR="00176A55" w:rsidRDefault="00176A55">
      <w:pPr>
        <w:spacing w:after="20"/>
      </w:pPr>
    </w:p>
    <w:p w14:paraId="295D7150" w14:textId="77777777" w:rsidR="00176A55" w:rsidRDefault="00006B4F">
      <w:pPr>
        <w:spacing w:after="40"/>
        <w:rPr>
          <w:lang w:eastAsia="ja-JP"/>
        </w:rPr>
      </w:pPr>
      <w:r>
        <w:rPr>
          <w:b/>
          <w:sz w:val="22"/>
          <w:lang w:eastAsia="ja-JP"/>
        </w:rPr>
        <w:t>作成・提出上の注意事項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4"/>
      </w:tblGrid>
      <w:tr w:rsidR="00176A55" w14:paraId="05247146" w14:textId="77777777">
        <w:trPr>
          <w:jc w:val="center"/>
        </w:trPr>
        <w:tc>
          <w:tcPr>
            <w:tcW w:w="986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7F7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D0D093" w14:textId="77777777" w:rsidR="00176A55" w:rsidRDefault="00006B4F">
            <w:pPr>
              <w:spacing w:after="20"/>
              <w:ind w:left="113" w:hanging="113"/>
              <w:rPr>
                <w:lang w:eastAsia="ja-JP"/>
              </w:rPr>
            </w:pPr>
            <w:r>
              <w:rPr>
                <w:sz w:val="17"/>
                <w:lang w:eastAsia="ja-JP"/>
              </w:rPr>
              <w:t>1</w:t>
            </w:r>
            <w:r>
              <w:rPr>
                <w:sz w:val="17"/>
                <w:lang w:eastAsia="ja-JP"/>
              </w:rPr>
              <w:t>．本文は</w:t>
            </w:r>
            <w:r>
              <w:rPr>
                <w:sz w:val="17"/>
                <w:lang w:eastAsia="ja-JP"/>
              </w:rPr>
              <w:t>800</w:t>
            </w:r>
            <w:r>
              <w:rPr>
                <w:sz w:val="17"/>
                <w:lang w:eastAsia="ja-JP"/>
              </w:rPr>
              <w:t>字以上</w:t>
            </w:r>
            <w:r>
              <w:rPr>
                <w:sz w:val="17"/>
                <w:lang w:eastAsia="ja-JP"/>
              </w:rPr>
              <w:t>1,000</w:t>
            </w:r>
            <w:r>
              <w:rPr>
                <w:sz w:val="17"/>
                <w:lang w:eastAsia="ja-JP"/>
              </w:rPr>
              <w:t>字以内とし、作文題名及び参考資料・出典の記載は文字数に含めません。</w:t>
            </w:r>
          </w:p>
          <w:p w14:paraId="65DE47F4" w14:textId="77777777" w:rsidR="00176A55" w:rsidRDefault="00006B4F">
            <w:pPr>
              <w:spacing w:after="20"/>
              <w:ind w:left="113" w:hanging="113"/>
              <w:rPr>
                <w:lang w:eastAsia="ja-JP"/>
              </w:rPr>
            </w:pPr>
            <w:r>
              <w:rPr>
                <w:sz w:val="17"/>
                <w:lang w:eastAsia="ja-JP"/>
              </w:rPr>
              <w:t>2</w:t>
            </w:r>
            <w:r>
              <w:rPr>
                <w:sz w:val="17"/>
                <w:lang w:eastAsia="ja-JP"/>
              </w:rPr>
              <w:t>．この様式にパソコンで入力してください。本文は</w:t>
            </w:r>
            <w:r>
              <w:rPr>
                <w:sz w:val="17"/>
                <w:lang w:eastAsia="ja-JP"/>
              </w:rPr>
              <w:t>11</w:t>
            </w:r>
            <w:r>
              <w:rPr>
                <w:sz w:val="17"/>
                <w:lang w:eastAsia="ja-JP"/>
              </w:rPr>
              <w:t>ポイント程度を目安とし、読みやすい段落構成としてください。</w:t>
            </w:r>
          </w:p>
          <w:p w14:paraId="1B7B5075" w14:textId="671EF1CB" w:rsidR="00176A55" w:rsidRDefault="00006B4F">
            <w:pPr>
              <w:spacing w:after="20"/>
              <w:ind w:left="113" w:hanging="113"/>
              <w:rPr>
                <w:lang w:eastAsia="ja-JP"/>
              </w:rPr>
            </w:pPr>
            <w:r>
              <w:rPr>
                <w:sz w:val="17"/>
                <w:lang w:eastAsia="ja-JP"/>
              </w:rPr>
              <w:t>3</w:t>
            </w:r>
            <w:r>
              <w:rPr>
                <w:sz w:val="17"/>
                <w:lang w:eastAsia="ja-JP"/>
              </w:rPr>
              <w:t>．作文は応募者本人が作成してください。生成</w:t>
            </w:r>
            <w:r>
              <w:rPr>
                <w:sz w:val="17"/>
                <w:lang w:eastAsia="ja-JP"/>
              </w:rPr>
              <w:t>AI</w:t>
            </w:r>
            <w:r>
              <w:rPr>
                <w:sz w:val="17"/>
                <w:lang w:eastAsia="ja-JP"/>
              </w:rPr>
              <w:t>による本文の作成・書換え、第三者による代筆又は</w:t>
            </w:r>
            <w:r>
              <w:rPr>
                <w:sz w:val="17"/>
                <w:lang w:eastAsia="ja-JP"/>
              </w:rPr>
              <w:t>書換えは認めません。</w:t>
            </w:r>
          </w:p>
          <w:p w14:paraId="64CA5E43" w14:textId="77777777" w:rsidR="00176A55" w:rsidRDefault="00006B4F">
            <w:pPr>
              <w:spacing w:after="20"/>
              <w:ind w:left="113" w:hanging="113"/>
              <w:rPr>
                <w:lang w:eastAsia="ja-JP"/>
              </w:rPr>
            </w:pPr>
            <w:r>
              <w:rPr>
                <w:sz w:val="17"/>
                <w:lang w:eastAsia="ja-JP"/>
              </w:rPr>
              <w:t>4</w:t>
            </w:r>
            <w:r>
              <w:rPr>
                <w:sz w:val="17"/>
                <w:lang w:eastAsia="ja-JP"/>
              </w:rPr>
              <w:t>．資料、書籍及びインターネットを参照した場合は、文章を転載せず、引用した箇所について出典を明記してください。</w:t>
            </w:r>
          </w:p>
          <w:p w14:paraId="428F0E4D" w14:textId="77777777" w:rsidR="00176A55" w:rsidRDefault="00006B4F">
            <w:pPr>
              <w:spacing w:after="20"/>
              <w:ind w:left="113" w:hanging="113"/>
              <w:rPr>
                <w:lang w:eastAsia="ja-JP"/>
              </w:rPr>
            </w:pPr>
            <w:r>
              <w:rPr>
                <w:sz w:val="17"/>
                <w:lang w:eastAsia="ja-JP"/>
              </w:rPr>
              <w:t>5</w:t>
            </w:r>
            <w:r>
              <w:rPr>
                <w:sz w:val="17"/>
                <w:lang w:eastAsia="ja-JP"/>
              </w:rPr>
              <w:t>．提出前に、本文の文字数、氏名、作文題名及び本人作成確認欄を確認</w:t>
            </w:r>
            <w:r>
              <w:rPr>
                <w:sz w:val="17"/>
                <w:lang w:eastAsia="ja-JP"/>
              </w:rPr>
              <w:t>してください。作文の内容について、面接で質問する場合があります。</w:t>
            </w:r>
          </w:p>
        </w:tc>
      </w:tr>
    </w:tbl>
    <w:p w14:paraId="621A40FA" w14:textId="77777777" w:rsidR="00176A55" w:rsidRDefault="00006B4F">
      <w:pPr>
        <w:rPr>
          <w:lang w:eastAsia="ja-JP"/>
        </w:rPr>
      </w:pPr>
      <w:r>
        <w:rPr>
          <w:lang w:eastAsia="ja-JP"/>
        </w:rPr>
        <w:br w:type="page"/>
      </w:r>
    </w:p>
    <w:p w14:paraId="243B99A7" w14:textId="77777777" w:rsidR="00176A55" w:rsidRDefault="00006B4F">
      <w:pPr>
        <w:spacing w:after="40"/>
      </w:pPr>
      <w:proofErr w:type="spellStart"/>
      <w:r>
        <w:rPr>
          <w:b/>
          <w:sz w:val="24"/>
        </w:rPr>
        <w:lastRenderedPageBreak/>
        <w:t>本文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4"/>
      </w:tblGrid>
      <w:tr w:rsidR="00176A55" w14:paraId="5C22E3B9" w14:textId="77777777">
        <w:trPr>
          <w:trHeight w:val="8957"/>
          <w:jc w:val="center"/>
        </w:trPr>
        <w:tc>
          <w:tcPr>
            <w:tcW w:w="9864" w:type="dxa"/>
            <w:tcBorders>
              <w:top w:val="single" w:sz="8" w:space="0" w:color="777777"/>
              <w:left w:val="single" w:sz="8" w:space="0" w:color="777777"/>
              <w:bottom w:val="single" w:sz="8" w:space="0" w:color="777777"/>
              <w:right w:val="single" w:sz="8" w:space="0" w:color="777777"/>
            </w:tcBorders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1D82658D" w14:textId="77777777" w:rsidR="00176A55" w:rsidRDefault="00006B4F">
            <w:pPr>
              <w:spacing w:line="360" w:lineRule="auto"/>
            </w:pPr>
            <w:r>
              <w:rPr>
                <w:color w:val="969696"/>
                <w:sz w:val="22"/>
                <w:lang w:eastAsia="ja-JP"/>
              </w:rPr>
              <w:t>［ここに本文を入力してください。入力後、この案内文は削除してください。</w:t>
            </w:r>
            <w:r>
              <w:rPr>
                <w:color w:val="969696"/>
                <w:sz w:val="22"/>
              </w:rPr>
              <w:t>］</w:t>
            </w:r>
          </w:p>
          <w:p w14:paraId="2E7E8972" w14:textId="77777777" w:rsidR="00176A55" w:rsidRDefault="00006B4F">
            <w:pPr>
              <w:spacing w:line="360" w:lineRule="auto"/>
            </w:pPr>
            <w:r>
              <w:rPr>
                <w:sz w:val="22"/>
              </w:rPr>
              <w:t xml:space="preserve">　</w:t>
            </w:r>
          </w:p>
          <w:p w14:paraId="476BAF3C" w14:textId="77777777" w:rsidR="00176A55" w:rsidRDefault="00006B4F">
            <w:pPr>
              <w:spacing w:line="360" w:lineRule="auto"/>
            </w:pPr>
            <w:r>
              <w:rPr>
                <w:sz w:val="22"/>
              </w:rPr>
              <w:t xml:space="preserve">　</w:t>
            </w:r>
          </w:p>
          <w:p w14:paraId="092E5BF4" w14:textId="77777777" w:rsidR="00176A55" w:rsidRDefault="00006B4F">
            <w:pPr>
              <w:spacing w:line="360" w:lineRule="auto"/>
            </w:pPr>
            <w:r>
              <w:rPr>
                <w:sz w:val="22"/>
              </w:rPr>
              <w:t xml:space="preserve">　</w:t>
            </w:r>
          </w:p>
          <w:p w14:paraId="528A5A3C" w14:textId="77777777" w:rsidR="00176A55" w:rsidRDefault="00006B4F">
            <w:pPr>
              <w:spacing w:line="360" w:lineRule="auto"/>
            </w:pPr>
            <w:r>
              <w:rPr>
                <w:sz w:val="22"/>
              </w:rPr>
              <w:t xml:space="preserve">　</w:t>
            </w:r>
          </w:p>
          <w:p w14:paraId="20B48B49" w14:textId="77777777" w:rsidR="00176A55" w:rsidRDefault="00006B4F">
            <w:pPr>
              <w:spacing w:line="360" w:lineRule="auto"/>
            </w:pPr>
            <w:r>
              <w:rPr>
                <w:sz w:val="22"/>
              </w:rPr>
              <w:t xml:space="preserve">　</w:t>
            </w:r>
          </w:p>
          <w:p w14:paraId="4950410B" w14:textId="77777777" w:rsidR="00176A55" w:rsidRDefault="00006B4F">
            <w:pPr>
              <w:spacing w:line="360" w:lineRule="auto"/>
            </w:pPr>
            <w:r>
              <w:rPr>
                <w:sz w:val="22"/>
              </w:rPr>
              <w:t xml:space="preserve">　</w:t>
            </w:r>
          </w:p>
          <w:p w14:paraId="26DC0E73" w14:textId="77777777" w:rsidR="00176A55" w:rsidRDefault="00006B4F">
            <w:pPr>
              <w:spacing w:line="360" w:lineRule="auto"/>
            </w:pPr>
            <w:r>
              <w:rPr>
                <w:sz w:val="22"/>
              </w:rPr>
              <w:t xml:space="preserve">　</w:t>
            </w:r>
          </w:p>
          <w:p w14:paraId="6323283E" w14:textId="77777777" w:rsidR="00176A55" w:rsidRDefault="00006B4F">
            <w:pPr>
              <w:spacing w:line="360" w:lineRule="auto"/>
            </w:pPr>
            <w:r>
              <w:rPr>
                <w:sz w:val="22"/>
              </w:rPr>
              <w:t xml:space="preserve">　</w:t>
            </w:r>
          </w:p>
          <w:p w14:paraId="56CBC3E4" w14:textId="77777777" w:rsidR="00176A55" w:rsidRDefault="00006B4F">
            <w:pPr>
              <w:spacing w:line="360" w:lineRule="auto"/>
            </w:pPr>
            <w:r>
              <w:rPr>
                <w:sz w:val="22"/>
              </w:rPr>
              <w:t xml:space="preserve">　</w:t>
            </w:r>
          </w:p>
          <w:p w14:paraId="6226D4D9" w14:textId="77777777" w:rsidR="00176A55" w:rsidRDefault="00006B4F">
            <w:pPr>
              <w:spacing w:line="360" w:lineRule="auto"/>
            </w:pPr>
            <w:r>
              <w:rPr>
                <w:sz w:val="22"/>
              </w:rPr>
              <w:t xml:space="preserve">　</w:t>
            </w:r>
          </w:p>
          <w:p w14:paraId="06C06C91" w14:textId="77777777" w:rsidR="00176A55" w:rsidRDefault="00006B4F">
            <w:pPr>
              <w:spacing w:line="360" w:lineRule="auto"/>
            </w:pPr>
            <w:r>
              <w:rPr>
                <w:sz w:val="22"/>
              </w:rPr>
              <w:t xml:space="preserve">　</w:t>
            </w:r>
          </w:p>
          <w:p w14:paraId="1F11A116" w14:textId="77777777" w:rsidR="00176A55" w:rsidRDefault="00006B4F">
            <w:pPr>
              <w:spacing w:line="360" w:lineRule="auto"/>
            </w:pPr>
            <w:r>
              <w:rPr>
                <w:sz w:val="22"/>
              </w:rPr>
              <w:t xml:space="preserve">　</w:t>
            </w:r>
          </w:p>
          <w:p w14:paraId="025D9B7E" w14:textId="77777777" w:rsidR="00176A55" w:rsidRDefault="00006B4F">
            <w:pPr>
              <w:spacing w:line="360" w:lineRule="auto"/>
            </w:pPr>
            <w:r>
              <w:rPr>
                <w:sz w:val="22"/>
              </w:rPr>
              <w:t xml:space="preserve">　</w:t>
            </w:r>
          </w:p>
        </w:tc>
      </w:tr>
    </w:tbl>
    <w:p w14:paraId="41871DD4" w14:textId="77777777" w:rsidR="00176A55" w:rsidRDefault="00176A55">
      <w:pPr>
        <w:spacing w:after="20"/>
      </w:pPr>
    </w:p>
    <w:p w14:paraId="779034E4" w14:textId="77777777" w:rsidR="00176A55" w:rsidRDefault="00006B4F">
      <w:pPr>
        <w:spacing w:after="40"/>
        <w:rPr>
          <w:lang w:eastAsia="ja-JP"/>
        </w:rPr>
      </w:pPr>
      <w:r>
        <w:rPr>
          <w:b/>
          <w:lang w:eastAsia="ja-JP"/>
        </w:rPr>
        <w:t>参考資料・出典（使用した場合のみ）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4"/>
      </w:tblGrid>
      <w:tr w:rsidR="00176A55" w14:paraId="1AB17FCD" w14:textId="77777777">
        <w:trPr>
          <w:trHeight w:hRule="exact" w:val="1417"/>
          <w:jc w:val="center"/>
        </w:trPr>
        <w:tc>
          <w:tcPr>
            <w:tcW w:w="986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49F7BA" w14:textId="77777777" w:rsidR="00176A55" w:rsidRDefault="00006B4F">
            <w:pPr>
              <w:rPr>
                <w:lang w:eastAsia="ja-JP"/>
              </w:rPr>
            </w:pPr>
            <w:r>
              <w:rPr>
                <w:color w:val="828282"/>
                <w:sz w:val="17"/>
                <w:lang w:eastAsia="ja-JP"/>
              </w:rPr>
              <w:t>書籍名、ウェブページ名、</w:t>
            </w:r>
            <w:r>
              <w:rPr>
                <w:color w:val="828282"/>
                <w:sz w:val="17"/>
                <w:lang w:eastAsia="ja-JP"/>
              </w:rPr>
              <w:t>URL</w:t>
            </w:r>
            <w:r>
              <w:rPr>
                <w:color w:val="828282"/>
                <w:sz w:val="17"/>
                <w:lang w:eastAsia="ja-JP"/>
              </w:rPr>
              <w:t>、閲覧日等を記入してください。</w:t>
            </w:r>
          </w:p>
        </w:tc>
      </w:tr>
    </w:tbl>
    <w:p w14:paraId="26809E3C" w14:textId="77777777" w:rsidR="00176A55" w:rsidRDefault="00176A55">
      <w:pPr>
        <w:spacing w:after="20"/>
        <w:rPr>
          <w:lang w:eastAsia="ja-JP"/>
        </w:rPr>
      </w:pPr>
    </w:p>
    <w:p w14:paraId="2F433791" w14:textId="77777777" w:rsidR="00176A55" w:rsidRDefault="00006B4F">
      <w:pPr>
        <w:spacing w:after="20"/>
      </w:pPr>
      <w:proofErr w:type="spellStart"/>
      <w:r>
        <w:rPr>
          <w:b/>
        </w:rPr>
        <w:t>本人作成の確認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4"/>
      </w:tblGrid>
      <w:tr w:rsidR="00176A55" w14:paraId="30D8675C" w14:textId="77777777">
        <w:trPr>
          <w:jc w:val="center"/>
        </w:trPr>
        <w:tc>
          <w:tcPr>
            <w:tcW w:w="9864" w:type="dxa"/>
            <w:tcBorders>
              <w:top w:val="single" w:sz="8" w:space="0" w:color="777777"/>
              <w:left w:val="single" w:sz="8" w:space="0" w:color="777777"/>
              <w:bottom w:val="single" w:sz="8" w:space="0" w:color="777777"/>
              <w:right w:val="single" w:sz="8" w:space="0" w:color="777777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B7925D" w14:textId="77777777" w:rsidR="00176A55" w:rsidRDefault="00006B4F">
            <w:pPr>
              <w:rPr>
                <w:lang w:eastAsia="ja-JP"/>
              </w:rPr>
            </w:pPr>
            <w:r>
              <w:rPr>
                <w:sz w:val="18"/>
                <w:lang w:eastAsia="ja-JP"/>
              </w:rPr>
              <w:t xml:space="preserve">□ </w:t>
            </w:r>
            <w:r>
              <w:rPr>
                <w:sz w:val="18"/>
                <w:lang w:eastAsia="ja-JP"/>
              </w:rPr>
              <w:t>本作文は、募集案内及び上記注意事項を確認した上で、応募者本人が作成したものです。</w:t>
            </w:r>
          </w:p>
          <w:p w14:paraId="5D76C7B6" w14:textId="77777777" w:rsidR="00176A55" w:rsidRDefault="00006B4F">
            <w:pPr>
              <w:jc w:val="right"/>
            </w:pPr>
            <w:proofErr w:type="spellStart"/>
            <w:r>
              <w:rPr>
                <w:sz w:val="18"/>
              </w:rPr>
              <w:t>確認日</w:t>
            </w:r>
            <w:proofErr w:type="spellEnd"/>
            <w:r>
              <w:rPr>
                <w:sz w:val="18"/>
              </w:rPr>
              <w:t xml:space="preserve">　</w:t>
            </w:r>
            <w:proofErr w:type="spellStart"/>
            <w:r>
              <w:rPr>
                <w:sz w:val="18"/>
              </w:rPr>
              <w:t>令和</w:t>
            </w:r>
            <w:proofErr w:type="spellEnd"/>
            <w:r>
              <w:rPr>
                <w:sz w:val="18"/>
              </w:rPr>
              <w:t xml:space="preserve">　　年　　月　　日　　氏名　　　　　　　　　　　　　　</w:t>
            </w:r>
          </w:p>
        </w:tc>
      </w:tr>
    </w:tbl>
    <w:p w14:paraId="790210E1" w14:textId="77777777" w:rsidR="00000000" w:rsidRDefault="00006B4F"/>
    <w:sectPr w:rsidR="00000000" w:rsidSect="00034616">
      <w:headerReference w:type="default" r:id="rId8"/>
      <w:footerReference w:type="default" r:id="rId9"/>
      <w:pgSz w:w="11906" w:h="16838"/>
      <w:pgMar w:top="680" w:right="1020" w:bottom="680" w:left="1020" w:header="34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DD2F7" w14:textId="77777777" w:rsidR="00000000" w:rsidRDefault="00006B4F">
      <w:r>
        <w:separator/>
      </w:r>
    </w:p>
  </w:endnote>
  <w:endnote w:type="continuationSeparator" w:id="0">
    <w:p w14:paraId="518CED1E" w14:textId="77777777" w:rsidR="00000000" w:rsidRDefault="00006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Noto Sans CJK JP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E569C" w14:textId="77777777" w:rsidR="00176A55" w:rsidRDefault="00006B4F">
    <w:pPr>
      <w:pStyle w:val="a7"/>
      <w:tabs>
        <w:tab w:val="right" w:pos="9921"/>
      </w:tabs>
      <w:rPr>
        <w:lang w:eastAsia="ja-JP"/>
      </w:rPr>
    </w:pPr>
    <w:r>
      <w:rPr>
        <w:color w:val="5A5A5A"/>
        <w:sz w:val="16"/>
        <w:lang w:eastAsia="ja-JP"/>
      </w:rPr>
      <w:t xml:space="preserve">受験番号　　　　　　　　　氏名　　　　　　　　　　　　　　　　</w:t>
    </w:r>
    <w:r>
      <w:rPr>
        <w:lang w:eastAsia="ja-JP"/>
      </w:rPr>
      <w:tab/>
    </w:r>
    <w:r>
      <w:rPr>
        <w:color w:val="5A5A5A"/>
        <w:sz w:val="16"/>
        <w:lang w:eastAsia="ja-JP"/>
      </w:rPr>
      <w:t>ページ</w:t>
    </w:r>
    <w:r>
      <w:rPr>
        <w:color w:val="5A5A5A"/>
        <w:sz w:val="16"/>
        <w:lang w:eastAsia="ja-JP"/>
      </w:rPr>
      <w:t xml:space="preserve"> </w:t>
    </w:r>
    <w:r>
      <w:rPr>
        <w:color w:val="5A5A5A"/>
        <w:sz w:val="16"/>
      </w:rPr>
      <w:fldChar w:fldCharType="begin"/>
    </w:r>
    <w:r>
      <w:rPr>
        <w:color w:val="5A5A5A"/>
        <w:sz w:val="16"/>
        <w:lang w:eastAsia="ja-JP"/>
      </w:rPr>
      <w:instrText>PAGE</w:instrText>
    </w:r>
    <w:r>
      <w:rPr>
        <w:color w:val="5A5A5A"/>
        <w:sz w:val="16"/>
      </w:rPr>
      <w:fldChar w:fldCharType="separate"/>
    </w:r>
    <w:r>
      <w:rPr>
        <w:noProof/>
        <w:color w:val="5A5A5A"/>
        <w:sz w:val="16"/>
        <w:lang w:eastAsia="ja-JP"/>
      </w:rPr>
      <w:t>1</w:t>
    </w:r>
    <w:r>
      <w:rPr>
        <w:color w:val="5A5A5A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E8D7C" w14:textId="77777777" w:rsidR="00000000" w:rsidRDefault="00006B4F">
      <w:r>
        <w:separator/>
      </w:r>
    </w:p>
  </w:footnote>
  <w:footnote w:type="continuationSeparator" w:id="0">
    <w:p w14:paraId="2706B1E1" w14:textId="77777777" w:rsidR="00000000" w:rsidRDefault="00006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4B4F3" w14:textId="77777777" w:rsidR="00176A55" w:rsidRDefault="00006B4F">
    <w:pPr>
      <w:pStyle w:val="a5"/>
      <w:jc w:val="right"/>
      <w:rPr>
        <w:lang w:eastAsia="ja-JP"/>
      </w:rPr>
    </w:pPr>
    <w:r>
      <w:rPr>
        <w:color w:val="5A5A5A"/>
        <w:sz w:val="17"/>
        <w:lang w:eastAsia="ja-JP"/>
      </w:rPr>
      <w:t>公益財団法人藤沢市みらい創造財団　藤沢市少年の森</w:t>
    </w:r>
    <w:r>
      <w:rPr>
        <w:color w:val="5A5A5A"/>
        <w:sz w:val="17"/>
        <w:lang w:eastAsia="ja-JP"/>
      </w:rPr>
      <w:t xml:space="preserve"> </w:t>
    </w:r>
    <w:r>
      <w:rPr>
        <w:color w:val="5A5A5A"/>
        <w:sz w:val="17"/>
        <w:lang w:eastAsia="ja-JP"/>
      </w:rPr>
      <w:t>職員採用選考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6B4F"/>
    <w:rsid w:val="00034616"/>
    <w:rsid w:val="0006063C"/>
    <w:rsid w:val="0015074B"/>
    <w:rsid w:val="00176A55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6754F4"/>
  <w14:defaultImageDpi w14:val="300"/>
  <w15:docId w15:val="{E98F3D3A-5931-4B99-8010-5C1C49ED8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240" w:lineRule="auto"/>
    </w:pPr>
    <w:rPr>
      <w:rFonts w:ascii="Noto Sans CJK JP" w:eastAsia="Noto Sans CJK JP" w:hAnsi="Noto Sans CJK JP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藤沢市少年の森 職員採用選考 事前提出作文用紙</dc:title>
  <dc:subject>採用選考用作文様式</dc:subject>
  <dc:creator>公益財団法人藤沢市みらい創造財団</dc:creator>
  <cp:keywords/>
  <dc:description>generated by python-docx</dc:description>
  <cp:lastModifiedBy>加藤 孝之</cp:lastModifiedBy>
  <cp:revision>2</cp:revision>
  <dcterms:created xsi:type="dcterms:W3CDTF">2026-07-21T07:17:00Z</dcterms:created>
  <dcterms:modified xsi:type="dcterms:W3CDTF">2026-07-21T07:17:00Z</dcterms:modified>
  <cp:category/>
</cp:coreProperties>
</file>